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3F6A9" w14:textId="29E1BA46" w:rsidR="00307BC1" w:rsidRDefault="00307BC1">
      <w:pPr>
        <w:spacing w:before="200" w:after="40"/>
        <w:jc w:val="center"/>
        <w:rPr>
          <w:b/>
          <w:color w:val="111111"/>
          <w:sz w:val="28"/>
        </w:rPr>
      </w:pPr>
      <w:r>
        <w:rPr>
          <w:b/>
          <w:color w:val="111111"/>
          <w:sz w:val="28"/>
        </w:rPr>
        <w:t>ANEXO 14</w:t>
      </w:r>
    </w:p>
    <w:p w14:paraId="41423177" w14:textId="3538DFAC" w:rsidR="004D6241" w:rsidRDefault="00937412">
      <w:pPr>
        <w:spacing w:before="200" w:after="40"/>
        <w:jc w:val="center"/>
        <w:rPr>
          <w:b/>
          <w:color w:val="111111"/>
          <w:sz w:val="28"/>
        </w:rPr>
      </w:pPr>
      <w:r>
        <w:rPr>
          <w:b/>
          <w:color w:val="111111"/>
          <w:sz w:val="28"/>
        </w:rPr>
        <w:t>DECLARAÇÃO DE NÃO IMPEDIMENTO E REGULARIDADE</w:t>
      </w:r>
    </w:p>
    <w:p w14:paraId="61E99A55" w14:textId="77777777" w:rsidR="00307BC1" w:rsidRDefault="00307BC1">
      <w:pPr>
        <w:spacing w:before="200" w:after="40"/>
        <w:jc w:val="center"/>
      </w:pPr>
    </w:p>
    <w:p w14:paraId="2AFEAB1D" w14:textId="77777777" w:rsidR="004D6241" w:rsidRDefault="00937412">
      <w:pPr>
        <w:spacing w:after="80"/>
      </w:pPr>
      <w:r>
        <w:rPr>
          <w:b/>
          <w:color w:val="333333"/>
          <w:sz w:val="21"/>
        </w:rPr>
        <w:t>1. IDENTIFICAÇÃO DO(A) AGENTE CULTURAL (PROPONENTE)</w:t>
      </w:r>
    </w:p>
    <w:tbl>
      <w:tblPr>
        <w:tblStyle w:val="Tabelacomgrade"/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5061"/>
        <w:gridCol w:w="4436"/>
      </w:tblGrid>
      <w:tr w:rsidR="004D6241" w14:paraId="55228DC6" w14:textId="77777777" w:rsidTr="00307BC1">
        <w:trPr>
          <w:jc w:val="center"/>
        </w:trPr>
        <w:tc>
          <w:tcPr>
            <w:tcW w:w="9497" w:type="dxa"/>
            <w:gridSpan w:val="2"/>
          </w:tcPr>
          <w:p w14:paraId="06F737C1" w14:textId="77777777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 xml:space="preserve">Nome / </w:t>
            </w:r>
            <w:proofErr w:type="spellStart"/>
            <w:r>
              <w:rPr>
                <w:sz w:val="19"/>
              </w:rPr>
              <w:t>Razão</w:t>
            </w:r>
            <w:proofErr w:type="spellEnd"/>
            <w:r>
              <w:rPr>
                <w:sz w:val="19"/>
              </w:rPr>
              <w:t xml:space="preserve"> Social do </w:t>
            </w:r>
            <w:proofErr w:type="spellStart"/>
            <w:r>
              <w:rPr>
                <w:sz w:val="19"/>
              </w:rPr>
              <w:t>Agente</w:t>
            </w:r>
            <w:proofErr w:type="spellEnd"/>
            <w:r>
              <w:rPr>
                <w:sz w:val="19"/>
              </w:rPr>
              <w:t xml:space="preserve"> Cultural:</w:t>
            </w:r>
            <w:r>
              <w:rPr>
                <w:sz w:val="19"/>
              </w:rPr>
              <w:br/>
              <w:t>[__________________________________________________________________________________]</w:t>
            </w:r>
          </w:p>
        </w:tc>
      </w:tr>
      <w:tr w:rsidR="004D6241" w14:paraId="531BA5E0" w14:textId="77777777" w:rsidTr="00307BC1">
        <w:trPr>
          <w:jc w:val="center"/>
        </w:trPr>
        <w:tc>
          <w:tcPr>
            <w:tcW w:w="5061" w:type="dxa"/>
          </w:tcPr>
          <w:p w14:paraId="29A5DAA5" w14:textId="77777777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 xml:space="preserve">CPF </w:t>
            </w:r>
            <w:proofErr w:type="spellStart"/>
            <w:r>
              <w:rPr>
                <w:sz w:val="19"/>
              </w:rPr>
              <w:t>ou</w:t>
            </w:r>
            <w:proofErr w:type="spellEnd"/>
            <w:r>
              <w:rPr>
                <w:sz w:val="19"/>
              </w:rPr>
              <w:t xml:space="preserve"> CNPJ:</w:t>
            </w:r>
            <w:r>
              <w:rPr>
                <w:sz w:val="19"/>
              </w:rPr>
              <w:br/>
              <w:t>[________________________]</w:t>
            </w:r>
          </w:p>
        </w:tc>
        <w:tc>
          <w:tcPr>
            <w:tcW w:w="4436" w:type="dxa"/>
          </w:tcPr>
          <w:p w14:paraId="5AC1AD21" w14:textId="77777777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 xml:space="preserve">ID </w:t>
            </w:r>
            <w:proofErr w:type="spellStart"/>
            <w:r>
              <w:rPr>
                <w:sz w:val="19"/>
              </w:rPr>
              <w:t>Cadastro</w:t>
            </w:r>
            <w:proofErr w:type="spellEnd"/>
            <w:r>
              <w:rPr>
                <w:sz w:val="19"/>
              </w:rPr>
              <w:t xml:space="preserve"> Municipal de </w:t>
            </w:r>
            <w:proofErr w:type="spellStart"/>
            <w:r>
              <w:rPr>
                <w:sz w:val="19"/>
              </w:rPr>
              <w:t>Cultura</w:t>
            </w:r>
            <w:proofErr w:type="spellEnd"/>
            <w:r>
              <w:rPr>
                <w:sz w:val="19"/>
              </w:rPr>
              <w:t xml:space="preserve"> (se </w:t>
            </w:r>
            <w:proofErr w:type="spellStart"/>
            <w:r>
              <w:rPr>
                <w:sz w:val="19"/>
              </w:rPr>
              <w:t>aplicável</w:t>
            </w:r>
            <w:proofErr w:type="spellEnd"/>
            <w:r>
              <w:rPr>
                <w:sz w:val="19"/>
              </w:rPr>
              <w:t>):</w:t>
            </w:r>
            <w:r>
              <w:rPr>
                <w:sz w:val="19"/>
              </w:rPr>
              <w:br/>
              <w:t>[________________________]</w:t>
            </w:r>
          </w:p>
        </w:tc>
      </w:tr>
      <w:tr w:rsidR="004D6241" w14:paraId="253F45CC" w14:textId="77777777" w:rsidTr="00307BC1">
        <w:trPr>
          <w:jc w:val="center"/>
        </w:trPr>
        <w:tc>
          <w:tcPr>
            <w:tcW w:w="9497" w:type="dxa"/>
            <w:gridSpan w:val="2"/>
          </w:tcPr>
          <w:p w14:paraId="66B768E0" w14:textId="77777777" w:rsidR="004D6241" w:rsidRDefault="00937412">
            <w:pPr>
              <w:spacing w:before="80" w:after="80" w:line="252" w:lineRule="auto"/>
            </w:pPr>
            <w:proofErr w:type="spellStart"/>
            <w:r>
              <w:rPr>
                <w:sz w:val="19"/>
              </w:rPr>
              <w:t>Endereço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Residencial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ou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Sede</w:t>
            </w:r>
            <w:proofErr w:type="spellEnd"/>
            <w:r>
              <w:rPr>
                <w:sz w:val="19"/>
              </w:rPr>
              <w:t xml:space="preserve"> do </w:t>
            </w:r>
            <w:proofErr w:type="spellStart"/>
            <w:r>
              <w:rPr>
                <w:sz w:val="19"/>
              </w:rPr>
              <w:t>Espaço</w:t>
            </w:r>
            <w:proofErr w:type="spellEnd"/>
            <w:r>
              <w:rPr>
                <w:sz w:val="19"/>
              </w:rPr>
              <w:t xml:space="preserve"> (</w:t>
            </w:r>
            <w:proofErr w:type="spellStart"/>
            <w:r>
              <w:rPr>
                <w:sz w:val="19"/>
              </w:rPr>
              <w:t>Rua</w:t>
            </w:r>
            <w:proofErr w:type="spellEnd"/>
            <w:r>
              <w:rPr>
                <w:sz w:val="19"/>
              </w:rPr>
              <w:t xml:space="preserve">, nº, </w:t>
            </w:r>
            <w:proofErr w:type="spellStart"/>
            <w:r>
              <w:rPr>
                <w:sz w:val="19"/>
              </w:rPr>
              <w:t>complemento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bairro</w:t>
            </w:r>
            <w:proofErr w:type="spellEnd"/>
            <w:r>
              <w:rPr>
                <w:sz w:val="19"/>
              </w:rPr>
              <w:t>):</w:t>
            </w:r>
            <w:r>
              <w:rPr>
                <w:sz w:val="19"/>
              </w:rPr>
              <w:br/>
              <w:t>[__________________________________________________________________________________]</w:t>
            </w:r>
          </w:p>
        </w:tc>
      </w:tr>
      <w:tr w:rsidR="004D6241" w14:paraId="6CAEE5F5" w14:textId="77777777" w:rsidTr="00307BC1">
        <w:trPr>
          <w:jc w:val="center"/>
        </w:trPr>
        <w:tc>
          <w:tcPr>
            <w:tcW w:w="5061" w:type="dxa"/>
          </w:tcPr>
          <w:p w14:paraId="07657695" w14:textId="77777777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>CEP:</w:t>
            </w:r>
            <w:r>
              <w:rPr>
                <w:sz w:val="19"/>
              </w:rPr>
              <w:br/>
              <w:t>[________________________]</w:t>
            </w:r>
          </w:p>
        </w:tc>
        <w:tc>
          <w:tcPr>
            <w:tcW w:w="4436" w:type="dxa"/>
          </w:tcPr>
          <w:p w14:paraId="5A82F2F1" w14:textId="77777777" w:rsidR="004D6241" w:rsidRDefault="00937412">
            <w:pPr>
              <w:spacing w:before="80" w:after="80" w:line="252" w:lineRule="auto"/>
            </w:pPr>
            <w:proofErr w:type="spellStart"/>
            <w:r>
              <w:rPr>
                <w:sz w:val="19"/>
              </w:rPr>
              <w:t>Telefone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Contato</w:t>
            </w:r>
            <w:proofErr w:type="spellEnd"/>
            <w:r>
              <w:rPr>
                <w:sz w:val="19"/>
              </w:rPr>
              <w:t xml:space="preserve"> (com DDD):</w:t>
            </w:r>
            <w:r>
              <w:rPr>
                <w:sz w:val="19"/>
              </w:rPr>
              <w:br/>
              <w:t>[________________________]</w:t>
            </w:r>
          </w:p>
        </w:tc>
      </w:tr>
      <w:tr w:rsidR="004D6241" w14:paraId="2BED93CC" w14:textId="77777777" w:rsidTr="00307BC1">
        <w:trPr>
          <w:jc w:val="center"/>
        </w:trPr>
        <w:tc>
          <w:tcPr>
            <w:tcW w:w="9497" w:type="dxa"/>
            <w:gridSpan w:val="2"/>
          </w:tcPr>
          <w:p w14:paraId="0CB8E31D" w14:textId="77777777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 xml:space="preserve">E-mail para </w:t>
            </w:r>
            <w:proofErr w:type="spellStart"/>
            <w:r>
              <w:rPr>
                <w:sz w:val="19"/>
              </w:rPr>
              <w:t>Notificações</w:t>
            </w:r>
            <w:proofErr w:type="spellEnd"/>
            <w:r>
              <w:rPr>
                <w:sz w:val="19"/>
              </w:rPr>
              <w:t xml:space="preserve"> e </w:t>
            </w:r>
            <w:proofErr w:type="spellStart"/>
            <w:r>
              <w:rPr>
                <w:sz w:val="19"/>
              </w:rPr>
              <w:t>Comunicações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Oficiais</w:t>
            </w:r>
            <w:proofErr w:type="spellEnd"/>
            <w:r>
              <w:rPr>
                <w:sz w:val="19"/>
              </w:rPr>
              <w:t>:</w:t>
            </w:r>
            <w:r>
              <w:rPr>
                <w:sz w:val="19"/>
              </w:rPr>
              <w:br/>
              <w:t>[__________________________________________________________________________________]</w:t>
            </w:r>
          </w:p>
        </w:tc>
      </w:tr>
      <w:tr w:rsidR="004D6241" w14:paraId="426A5014" w14:textId="77777777" w:rsidTr="00307BC1">
        <w:trPr>
          <w:jc w:val="center"/>
        </w:trPr>
        <w:tc>
          <w:tcPr>
            <w:tcW w:w="5061" w:type="dxa"/>
          </w:tcPr>
          <w:p w14:paraId="544BBECB" w14:textId="16E32EB6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 xml:space="preserve">Nome do(a) </w:t>
            </w:r>
            <w:proofErr w:type="spellStart"/>
            <w:r>
              <w:rPr>
                <w:sz w:val="19"/>
              </w:rPr>
              <w:t>Representante</w:t>
            </w:r>
            <w:proofErr w:type="spellEnd"/>
            <w:r>
              <w:rPr>
                <w:sz w:val="19"/>
              </w:rPr>
              <w:t xml:space="preserve"> Legal (se </w:t>
            </w:r>
            <w:proofErr w:type="spellStart"/>
            <w:r>
              <w:rPr>
                <w:sz w:val="19"/>
              </w:rPr>
              <w:t>aplicável</w:t>
            </w:r>
            <w:proofErr w:type="spellEnd"/>
            <w:r>
              <w:rPr>
                <w:sz w:val="19"/>
              </w:rPr>
              <w:t>):</w:t>
            </w:r>
            <w:r>
              <w:rPr>
                <w:sz w:val="19"/>
              </w:rPr>
              <w:br/>
              <w:t>[_________________________________________________]</w:t>
            </w:r>
          </w:p>
        </w:tc>
        <w:tc>
          <w:tcPr>
            <w:tcW w:w="4436" w:type="dxa"/>
          </w:tcPr>
          <w:p w14:paraId="78E348BC" w14:textId="77777777" w:rsidR="004D6241" w:rsidRDefault="00937412">
            <w:pPr>
              <w:spacing w:before="80" w:after="80" w:line="252" w:lineRule="auto"/>
            </w:pPr>
            <w:r>
              <w:rPr>
                <w:sz w:val="19"/>
              </w:rPr>
              <w:t xml:space="preserve">CPF do </w:t>
            </w:r>
            <w:proofErr w:type="spellStart"/>
            <w:r>
              <w:rPr>
                <w:sz w:val="19"/>
              </w:rPr>
              <w:t>Representante</w:t>
            </w:r>
            <w:proofErr w:type="spellEnd"/>
            <w:r>
              <w:rPr>
                <w:sz w:val="19"/>
              </w:rPr>
              <w:t>:</w:t>
            </w:r>
            <w:r>
              <w:rPr>
                <w:sz w:val="19"/>
              </w:rPr>
              <w:br/>
              <w:t>[______________________]</w:t>
            </w:r>
          </w:p>
        </w:tc>
      </w:tr>
      <w:tr w:rsidR="004D6241" w14:paraId="1CF8FDD4" w14:textId="77777777" w:rsidTr="00307BC1">
        <w:trPr>
          <w:jc w:val="center"/>
        </w:trPr>
        <w:tc>
          <w:tcPr>
            <w:tcW w:w="9497" w:type="dxa"/>
            <w:gridSpan w:val="2"/>
            <w:shd w:val="clear" w:color="auto" w:fill="F2F2F2"/>
          </w:tcPr>
          <w:p w14:paraId="038EEBCE" w14:textId="77777777" w:rsidR="004D6241" w:rsidRDefault="00937412">
            <w:pPr>
              <w:spacing w:before="80" w:after="80" w:line="252" w:lineRule="auto"/>
            </w:pPr>
            <w:proofErr w:type="spellStart"/>
            <w:r>
              <w:rPr>
                <w:b/>
                <w:sz w:val="19"/>
              </w:rPr>
              <w:t>Referência</w:t>
            </w:r>
            <w:proofErr w:type="spellEnd"/>
            <w:r>
              <w:rPr>
                <w:b/>
                <w:sz w:val="19"/>
              </w:rPr>
              <w:t xml:space="preserve"> do </w:t>
            </w:r>
            <w:proofErr w:type="spellStart"/>
            <w:r>
              <w:rPr>
                <w:b/>
                <w:sz w:val="19"/>
              </w:rPr>
              <w:t>Edital</w:t>
            </w:r>
            <w:proofErr w:type="spellEnd"/>
            <w:r>
              <w:rPr>
                <w:b/>
                <w:sz w:val="19"/>
              </w:rPr>
              <w:t xml:space="preserve"> de </w:t>
            </w:r>
            <w:proofErr w:type="spellStart"/>
            <w:r>
              <w:rPr>
                <w:b/>
                <w:sz w:val="19"/>
              </w:rPr>
              <w:t>Chamamento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Público</w:t>
            </w:r>
            <w:proofErr w:type="spellEnd"/>
            <w:r>
              <w:rPr>
                <w:b/>
                <w:sz w:val="19"/>
              </w:rPr>
              <w:t>:</w:t>
            </w:r>
            <w:r>
              <w:rPr>
                <w:b/>
                <w:sz w:val="19"/>
              </w:rPr>
              <w:br/>
            </w:r>
            <w:proofErr w:type="spellStart"/>
            <w:r>
              <w:rPr>
                <w:b/>
                <w:sz w:val="19"/>
              </w:rPr>
              <w:t>Edital</w:t>
            </w:r>
            <w:proofErr w:type="spellEnd"/>
            <w:r>
              <w:rPr>
                <w:b/>
                <w:sz w:val="19"/>
              </w:rPr>
              <w:t xml:space="preserve"> FUNDASS / PNAB nº [ ______ / </w:t>
            </w:r>
            <w:proofErr w:type="gramStart"/>
            <w:r>
              <w:rPr>
                <w:b/>
                <w:sz w:val="19"/>
              </w:rPr>
              <w:t>2026 ]</w:t>
            </w:r>
            <w:proofErr w:type="gramEnd"/>
          </w:p>
        </w:tc>
      </w:tr>
    </w:tbl>
    <w:p w14:paraId="172E6624" w14:textId="77777777" w:rsidR="004D6241" w:rsidRDefault="004D6241">
      <w:pPr>
        <w:spacing w:before="240" w:after="80"/>
      </w:pPr>
    </w:p>
    <w:p w14:paraId="6A11286D" w14:textId="77777777" w:rsidR="004D6241" w:rsidRDefault="00937412">
      <w:pPr>
        <w:spacing w:after="160"/>
      </w:pPr>
      <w:r>
        <w:rPr>
          <w:b/>
          <w:color w:val="333333"/>
          <w:sz w:val="21"/>
        </w:rPr>
        <w:t>2. CLÁUSULAS DE DECLARAÇÃO E COMPROMISSO</w:t>
      </w:r>
    </w:p>
    <w:p w14:paraId="2F48C407" w14:textId="77777777" w:rsidR="004D6241" w:rsidRDefault="00937412">
      <w:pPr>
        <w:jc w:val="both"/>
      </w:pPr>
      <w:r>
        <w:t xml:space="preserve">O(A) </w:t>
      </w:r>
      <w:proofErr w:type="spellStart"/>
      <w:r>
        <w:t>proponente</w:t>
      </w:r>
      <w:proofErr w:type="spellEnd"/>
      <w:r>
        <w:t xml:space="preserve"> </w:t>
      </w:r>
      <w:proofErr w:type="spellStart"/>
      <w:r>
        <w:t>acima</w:t>
      </w:r>
      <w:proofErr w:type="spellEnd"/>
      <w:r>
        <w:t xml:space="preserve"> </w:t>
      </w:r>
      <w:proofErr w:type="spellStart"/>
      <w:r>
        <w:t>identificado</w:t>
      </w:r>
      <w:proofErr w:type="spellEnd"/>
      <w:r>
        <w:t xml:space="preserve">(a), por </w:t>
      </w:r>
      <w:proofErr w:type="spellStart"/>
      <w:r>
        <w:t>meio</w:t>
      </w:r>
      <w:proofErr w:type="spellEnd"/>
      <w:r>
        <w:t xml:space="preserve"> de </w:t>
      </w:r>
      <w:proofErr w:type="spellStart"/>
      <w:r>
        <w:t>seu</w:t>
      </w:r>
      <w:proofErr w:type="spellEnd"/>
      <w:r>
        <w:t>(</w:t>
      </w:r>
      <w:proofErr w:type="spellStart"/>
      <w:r>
        <w:t>sua</w:t>
      </w:r>
      <w:proofErr w:type="spellEnd"/>
      <w:r>
        <w:t xml:space="preserve">) </w:t>
      </w:r>
      <w:proofErr w:type="spellStart"/>
      <w:r>
        <w:t>representante</w:t>
      </w:r>
      <w:proofErr w:type="spellEnd"/>
      <w:r>
        <w:t xml:space="preserve"> legal (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aplicável</w:t>
      </w:r>
      <w:proofErr w:type="spellEnd"/>
      <w:r>
        <w:t xml:space="preserve">), </w:t>
      </w:r>
      <w:r>
        <w:rPr>
          <w:b/>
        </w:rPr>
        <w:t>DECLARA</w:t>
      </w:r>
      <w:r>
        <w:t xml:space="preserve">, sob as </w:t>
      </w:r>
      <w:proofErr w:type="spellStart"/>
      <w:r>
        <w:t>penas</w:t>
      </w:r>
      <w:proofErr w:type="spellEnd"/>
      <w:r>
        <w:t xml:space="preserve"> da Lei e sob as </w:t>
      </w:r>
      <w:proofErr w:type="spellStart"/>
      <w:r>
        <w:t>cominações</w:t>
      </w:r>
      <w:proofErr w:type="spellEnd"/>
      <w:r>
        <w:t xml:space="preserve"> </w:t>
      </w:r>
      <w:proofErr w:type="spellStart"/>
      <w:r>
        <w:t>constantes</w:t>
      </w:r>
      <w:proofErr w:type="spellEnd"/>
      <w:r>
        <w:t xml:space="preserve"> no </w:t>
      </w:r>
      <w:proofErr w:type="spellStart"/>
      <w:r>
        <w:t>Edital</w:t>
      </w:r>
      <w:proofErr w:type="spellEnd"/>
      <w:r>
        <w:t xml:space="preserve"> </w:t>
      </w:r>
      <w:proofErr w:type="spellStart"/>
      <w:r>
        <w:t>referenciado</w:t>
      </w:r>
      <w:proofErr w:type="spellEnd"/>
      <w:r>
        <w:t xml:space="preserve">, que se </w:t>
      </w:r>
      <w:proofErr w:type="spellStart"/>
      <w:r>
        <w:t>encontra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situação</w:t>
      </w:r>
      <w:proofErr w:type="spellEnd"/>
      <w:r>
        <w:t xml:space="preserve"> de plena </w:t>
      </w:r>
      <w:proofErr w:type="spellStart"/>
      <w:r>
        <w:t>regularidade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, </w:t>
      </w:r>
      <w:proofErr w:type="spellStart"/>
      <w:r>
        <w:t>trabalhista</w:t>
      </w:r>
      <w:proofErr w:type="spellEnd"/>
      <w:r>
        <w:t xml:space="preserve">, fiscal e </w:t>
      </w:r>
      <w:proofErr w:type="spellStart"/>
      <w:r>
        <w:t>administrativa</w:t>
      </w:r>
      <w:proofErr w:type="spellEnd"/>
      <w:r>
        <w:t xml:space="preserve">, </w:t>
      </w:r>
      <w:proofErr w:type="spellStart"/>
      <w:r>
        <w:t>comprometendo</w:t>
      </w:r>
      <w:proofErr w:type="spellEnd"/>
      <w:r>
        <w:t xml:space="preserve">-se sob </w:t>
      </w:r>
      <w:proofErr w:type="spellStart"/>
      <w:r>
        <w:t>os</w:t>
      </w:r>
      <w:proofErr w:type="spellEnd"/>
      <w:r>
        <w:t xml:space="preserve"> </w:t>
      </w:r>
      <w:proofErr w:type="spellStart"/>
      <w:r>
        <w:t>seguintes</w:t>
      </w:r>
      <w:proofErr w:type="spellEnd"/>
      <w:r>
        <w:t xml:space="preserve"> </w:t>
      </w:r>
      <w:proofErr w:type="spellStart"/>
      <w:r>
        <w:t>termos</w:t>
      </w:r>
      <w:proofErr w:type="spellEnd"/>
      <w:r>
        <w:t>:</w:t>
      </w:r>
    </w:p>
    <w:p w14:paraId="1594FFA3" w14:textId="77777777" w:rsidR="004D6241" w:rsidRDefault="00937412">
      <w:pPr>
        <w:spacing w:before="160" w:after="120"/>
      </w:pPr>
      <w:r>
        <w:rPr>
          <w:b/>
          <w:color w:val="444444"/>
          <w:sz w:val="20"/>
        </w:rPr>
        <w:t xml:space="preserve">2.1 </w:t>
      </w:r>
      <w:proofErr w:type="spellStart"/>
      <w:r>
        <w:rPr>
          <w:b/>
          <w:color w:val="444444"/>
          <w:sz w:val="20"/>
        </w:rPr>
        <w:t>Declarantes</w:t>
      </w:r>
      <w:proofErr w:type="spellEnd"/>
      <w:r>
        <w:rPr>
          <w:b/>
          <w:color w:val="444444"/>
          <w:sz w:val="20"/>
        </w:rPr>
        <w:t xml:space="preserve"> Gerais de </w:t>
      </w:r>
      <w:proofErr w:type="spellStart"/>
      <w:r>
        <w:rPr>
          <w:b/>
          <w:color w:val="444444"/>
          <w:sz w:val="20"/>
        </w:rPr>
        <w:t>Regularidade</w:t>
      </w:r>
      <w:proofErr w:type="spellEnd"/>
      <w:r>
        <w:rPr>
          <w:b/>
          <w:color w:val="444444"/>
          <w:sz w:val="20"/>
        </w:rPr>
        <w:t xml:space="preserve"> e </w:t>
      </w:r>
      <w:proofErr w:type="spellStart"/>
      <w:r>
        <w:rPr>
          <w:b/>
          <w:color w:val="444444"/>
          <w:sz w:val="20"/>
        </w:rPr>
        <w:t>Cumprimento</w:t>
      </w:r>
      <w:proofErr w:type="spellEnd"/>
      <w:r>
        <w:rPr>
          <w:b/>
          <w:color w:val="444444"/>
          <w:sz w:val="20"/>
        </w:rPr>
        <w:t xml:space="preserve"> Legal:</w:t>
      </w:r>
    </w:p>
    <w:p w14:paraId="101FC172" w14:textId="08710BEA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a)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ciente</w:t>
      </w:r>
      <w:proofErr w:type="spellEnd"/>
      <w:r>
        <w:t xml:space="preserve"> da </w:t>
      </w:r>
      <w:proofErr w:type="spellStart"/>
      <w:r>
        <w:t>obrigação</w:t>
      </w:r>
      <w:proofErr w:type="spellEnd"/>
      <w:r>
        <w:t xml:space="preserve"> de </w:t>
      </w:r>
      <w:proofErr w:type="spellStart"/>
      <w:r>
        <w:t>manter</w:t>
      </w:r>
      <w:proofErr w:type="spellEnd"/>
      <w:r>
        <w:t xml:space="preserve"> o </w:t>
      </w:r>
      <w:proofErr w:type="spellStart"/>
      <w:r>
        <w:t>endereço</w:t>
      </w:r>
      <w:proofErr w:type="spellEnd"/>
      <w:r>
        <w:t xml:space="preserve"> </w:t>
      </w:r>
      <w:proofErr w:type="spellStart"/>
      <w:r>
        <w:t>residencial</w:t>
      </w:r>
      <w:proofErr w:type="spellEnd"/>
      <w:r>
        <w:t>/</w:t>
      </w:r>
      <w:proofErr w:type="spellStart"/>
      <w:r>
        <w:t>sede</w:t>
      </w:r>
      <w:proofErr w:type="spellEnd"/>
      <w:r>
        <w:t xml:space="preserve">, </w:t>
      </w:r>
      <w:proofErr w:type="spellStart"/>
      <w:r>
        <w:t>endereço</w:t>
      </w:r>
      <w:proofErr w:type="spellEnd"/>
      <w:r>
        <w:t xml:space="preserve"> </w:t>
      </w:r>
      <w:proofErr w:type="spellStart"/>
      <w:r>
        <w:t>eletrônico</w:t>
      </w:r>
      <w:proofErr w:type="spellEnd"/>
      <w:r>
        <w:t xml:space="preserve"> (e-mail) e </w:t>
      </w:r>
      <w:proofErr w:type="spellStart"/>
      <w:r>
        <w:t>telefone</w:t>
      </w:r>
      <w:proofErr w:type="spellEnd"/>
      <w:r>
        <w:t xml:space="preserve"> de </w:t>
      </w:r>
      <w:proofErr w:type="spellStart"/>
      <w:r>
        <w:t>contato</w:t>
      </w:r>
      <w:proofErr w:type="spellEnd"/>
      <w:r>
        <w:t xml:space="preserve"> </w:t>
      </w:r>
      <w:proofErr w:type="spellStart"/>
      <w:r>
        <w:t>atualizados</w:t>
      </w:r>
      <w:proofErr w:type="spellEnd"/>
      <w:r>
        <w:t xml:space="preserve"> junto à </w:t>
      </w:r>
      <w:proofErr w:type="spellStart"/>
      <w:r>
        <w:t>F</w:t>
      </w:r>
      <w:r w:rsidR="00076EB5">
        <w:t>undass</w:t>
      </w:r>
      <w:proofErr w:type="spellEnd"/>
      <w:r>
        <w:t xml:space="preserve"> e </w:t>
      </w:r>
      <w:proofErr w:type="spellStart"/>
      <w:r>
        <w:t>ao</w:t>
      </w:r>
      <w:proofErr w:type="spellEnd"/>
      <w:r>
        <w:t xml:space="preserve"> </w:t>
      </w:r>
      <w:proofErr w:type="spellStart"/>
      <w:r>
        <w:t>Município</w:t>
      </w:r>
      <w:proofErr w:type="spellEnd"/>
      <w:r>
        <w:t xml:space="preserve"> de São </w:t>
      </w:r>
      <w:proofErr w:type="spellStart"/>
      <w:r>
        <w:t>Sebastião</w:t>
      </w:r>
      <w:proofErr w:type="spellEnd"/>
      <w:r>
        <w:t xml:space="preserve">, e de que as </w:t>
      </w:r>
      <w:proofErr w:type="spellStart"/>
      <w:r>
        <w:t>notificações</w:t>
      </w:r>
      <w:proofErr w:type="spellEnd"/>
      <w:r>
        <w:t xml:space="preserve">, </w:t>
      </w:r>
      <w:proofErr w:type="spellStart"/>
      <w:r>
        <w:t>comunicações</w:t>
      </w:r>
      <w:proofErr w:type="spellEnd"/>
      <w:r>
        <w:t xml:space="preserve"> </w:t>
      </w:r>
      <w:proofErr w:type="spellStart"/>
      <w:r>
        <w:t>formais</w:t>
      </w:r>
      <w:proofErr w:type="spellEnd"/>
      <w:r>
        <w:t xml:space="preserve"> e </w:t>
      </w:r>
      <w:proofErr w:type="spellStart"/>
      <w:r>
        <w:t>intimações</w:t>
      </w:r>
      <w:proofErr w:type="spellEnd"/>
      <w:r>
        <w:t xml:space="preserve"> </w:t>
      </w:r>
      <w:proofErr w:type="spellStart"/>
      <w:r>
        <w:t>decorrentes</w:t>
      </w:r>
      <w:proofErr w:type="spellEnd"/>
      <w:r>
        <w:t xml:space="preserve"> da </w:t>
      </w:r>
      <w:proofErr w:type="spellStart"/>
      <w:r>
        <w:t>participação</w:t>
      </w:r>
      <w:proofErr w:type="spellEnd"/>
      <w:r>
        <w:t xml:space="preserve"> no </w:t>
      </w:r>
      <w:proofErr w:type="spellStart"/>
      <w:r>
        <w:t>certame</w:t>
      </w:r>
      <w:proofErr w:type="spellEnd"/>
      <w:r>
        <w:t xml:space="preserve"> </w:t>
      </w:r>
      <w:proofErr w:type="spellStart"/>
      <w:r>
        <w:t>ocorrerão</w:t>
      </w:r>
      <w:proofErr w:type="spellEnd"/>
      <w:r>
        <w:t xml:space="preserve"> no e-mail </w:t>
      </w:r>
      <w:proofErr w:type="spellStart"/>
      <w:r>
        <w:t>indicado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sua</w:t>
      </w:r>
      <w:proofErr w:type="spellEnd"/>
      <w:r>
        <w:t xml:space="preserve"> </w:t>
      </w:r>
      <w:proofErr w:type="spellStart"/>
      <w:r>
        <w:t>inscrição</w:t>
      </w:r>
      <w:proofErr w:type="spellEnd"/>
      <w:r>
        <w:t>;</w:t>
      </w:r>
    </w:p>
    <w:p w14:paraId="2D4CF2DB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lastRenderedPageBreak/>
        <w:t xml:space="preserve">b) </w:t>
      </w:r>
      <w:proofErr w:type="spellStart"/>
      <w:r>
        <w:t>Cumpre</w:t>
      </w:r>
      <w:proofErr w:type="spellEnd"/>
      <w:r>
        <w:t xml:space="preserve"> </w:t>
      </w:r>
      <w:proofErr w:type="spellStart"/>
      <w:r>
        <w:t>plenamente</w:t>
      </w:r>
      <w:proofErr w:type="spellEnd"/>
      <w:r>
        <w:t xml:space="preserve"> as </w:t>
      </w:r>
      <w:proofErr w:type="spellStart"/>
      <w:r>
        <w:t>exigências</w:t>
      </w:r>
      <w:proofErr w:type="spellEnd"/>
      <w:r>
        <w:t xml:space="preserve"> de </w:t>
      </w:r>
      <w:proofErr w:type="spellStart"/>
      <w:r>
        <w:t>reserva</w:t>
      </w:r>
      <w:proofErr w:type="spellEnd"/>
      <w:r>
        <w:t xml:space="preserve"> de cargos para </w:t>
      </w:r>
      <w:proofErr w:type="spellStart"/>
      <w:r>
        <w:t>pessoa</w:t>
      </w:r>
      <w:proofErr w:type="spellEnd"/>
      <w:r>
        <w:t xml:space="preserve"> com </w:t>
      </w:r>
      <w:proofErr w:type="spellStart"/>
      <w:r>
        <w:t>deficiência</w:t>
      </w:r>
      <w:proofErr w:type="spellEnd"/>
      <w:r>
        <w:t xml:space="preserve"> e para </w:t>
      </w:r>
      <w:proofErr w:type="spellStart"/>
      <w:r>
        <w:t>reabilitado</w:t>
      </w:r>
      <w:proofErr w:type="spellEnd"/>
      <w:r>
        <w:t xml:space="preserve"> da </w:t>
      </w:r>
      <w:proofErr w:type="spellStart"/>
      <w:r>
        <w:t>Previdência</w:t>
      </w:r>
      <w:proofErr w:type="spellEnd"/>
      <w:r>
        <w:t xml:space="preserve"> Social, </w:t>
      </w:r>
      <w:proofErr w:type="spellStart"/>
      <w:r>
        <w:t>previstas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lei e </w:t>
      </w:r>
      <w:proofErr w:type="spellStart"/>
      <w:r>
        <w:t>em</w:t>
      </w:r>
      <w:proofErr w:type="spell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correlatas</w:t>
      </w:r>
      <w:proofErr w:type="spellEnd"/>
      <w:r>
        <w:t xml:space="preserve"> (</w:t>
      </w:r>
      <w:proofErr w:type="spellStart"/>
      <w:r>
        <w:t>nos</w:t>
      </w:r>
      <w:proofErr w:type="spellEnd"/>
      <w:r>
        <w:t xml:space="preserve"> </w:t>
      </w:r>
      <w:proofErr w:type="spellStart"/>
      <w:r>
        <w:t>termos</w:t>
      </w:r>
      <w:proofErr w:type="spellEnd"/>
      <w:r>
        <w:t xml:space="preserve"> do art. 63, </w:t>
      </w:r>
      <w:proofErr w:type="spellStart"/>
      <w:r>
        <w:t>inciso</w:t>
      </w:r>
      <w:proofErr w:type="spellEnd"/>
      <w:r>
        <w:t xml:space="preserve"> IV, da Lei nº 14.133/2021), 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aplicável</w:t>
      </w:r>
      <w:proofErr w:type="spellEnd"/>
      <w:r>
        <w:t>;</w:t>
      </w:r>
    </w:p>
    <w:p w14:paraId="7C0D7720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c)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emprega</w:t>
      </w:r>
      <w:proofErr w:type="spellEnd"/>
      <w:r>
        <w:t xml:space="preserve"> </w:t>
      </w:r>
      <w:proofErr w:type="spellStart"/>
      <w:r>
        <w:t>menor</w:t>
      </w:r>
      <w:proofErr w:type="spellEnd"/>
      <w:r>
        <w:t xml:space="preserve"> de </w:t>
      </w:r>
      <w:proofErr w:type="spellStart"/>
      <w:r>
        <w:t>dezoito</w:t>
      </w:r>
      <w:proofErr w:type="spellEnd"/>
      <w:r>
        <w:t xml:space="preserve"> </w:t>
      </w:r>
      <w:proofErr w:type="spellStart"/>
      <w:r>
        <w:t>anos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trabalho</w:t>
      </w:r>
      <w:proofErr w:type="spellEnd"/>
      <w:r>
        <w:t xml:space="preserve"> </w:t>
      </w:r>
      <w:proofErr w:type="spellStart"/>
      <w:r>
        <w:t>noturno</w:t>
      </w:r>
      <w:proofErr w:type="spellEnd"/>
      <w:r>
        <w:t xml:space="preserve">, </w:t>
      </w:r>
      <w:proofErr w:type="spellStart"/>
      <w:r>
        <w:t>perigoso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insalubre</w:t>
      </w:r>
      <w:proofErr w:type="spellEnd"/>
      <w:r>
        <w:t xml:space="preserve"> e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emprega</w:t>
      </w:r>
      <w:proofErr w:type="spellEnd"/>
      <w:r>
        <w:t xml:space="preserve"> </w:t>
      </w:r>
      <w:proofErr w:type="spellStart"/>
      <w:r>
        <w:t>menor</w:t>
      </w:r>
      <w:proofErr w:type="spellEnd"/>
      <w:r>
        <w:t xml:space="preserve"> de </w:t>
      </w:r>
      <w:proofErr w:type="spellStart"/>
      <w:r>
        <w:t>dezesseis</w:t>
      </w:r>
      <w:proofErr w:type="spellEnd"/>
      <w:r>
        <w:t xml:space="preserve"> </w:t>
      </w:r>
      <w:proofErr w:type="spellStart"/>
      <w:r>
        <w:t>anos</w:t>
      </w:r>
      <w:proofErr w:type="spellEnd"/>
      <w:r>
        <w:t xml:space="preserve">, salvo </w:t>
      </w:r>
      <w:proofErr w:type="spellStart"/>
      <w:r>
        <w:t>na</w:t>
      </w:r>
      <w:proofErr w:type="spellEnd"/>
      <w:r>
        <w:t xml:space="preserve"> </w:t>
      </w:r>
      <w:proofErr w:type="spellStart"/>
      <w:r>
        <w:t>condição</w:t>
      </w:r>
      <w:proofErr w:type="spellEnd"/>
      <w:r>
        <w:t xml:space="preserve"> de </w:t>
      </w:r>
      <w:proofErr w:type="spellStart"/>
      <w:r>
        <w:t>aprendiz</w:t>
      </w:r>
      <w:proofErr w:type="spellEnd"/>
      <w:r>
        <w:t xml:space="preserve">, a </w:t>
      </w:r>
      <w:proofErr w:type="spellStart"/>
      <w:r>
        <w:t>partir</w:t>
      </w:r>
      <w:proofErr w:type="spellEnd"/>
      <w:r>
        <w:t xml:space="preserve"> de quatorze </w:t>
      </w:r>
      <w:proofErr w:type="spellStart"/>
      <w:r>
        <w:t>anos</w:t>
      </w:r>
      <w:proofErr w:type="spellEnd"/>
      <w:r>
        <w:t xml:space="preserve">, </w:t>
      </w:r>
      <w:proofErr w:type="spellStart"/>
      <w:r>
        <w:t>atendendo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disposto</w:t>
      </w:r>
      <w:proofErr w:type="spellEnd"/>
      <w:r>
        <w:t xml:space="preserve"> no </w:t>
      </w:r>
      <w:proofErr w:type="spellStart"/>
      <w:r>
        <w:t>artigo</w:t>
      </w:r>
      <w:proofErr w:type="spellEnd"/>
      <w:r>
        <w:t xml:space="preserve"> 7º, </w:t>
      </w:r>
      <w:proofErr w:type="spellStart"/>
      <w:r>
        <w:t>inciso</w:t>
      </w:r>
      <w:proofErr w:type="spellEnd"/>
      <w:r>
        <w:t xml:space="preserve"> XXXIII, da </w:t>
      </w:r>
      <w:proofErr w:type="spellStart"/>
      <w:r>
        <w:t>Constituição</w:t>
      </w:r>
      <w:proofErr w:type="spellEnd"/>
      <w:r>
        <w:t xml:space="preserve"> Federal (e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consonância</w:t>
      </w:r>
      <w:proofErr w:type="spellEnd"/>
      <w:r>
        <w:t xml:space="preserve"> com o art. 68, </w:t>
      </w:r>
      <w:proofErr w:type="spellStart"/>
      <w:r>
        <w:t>inciso</w:t>
      </w:r>
      <w:proofErr w:type="spellEnd"/>
      <w:r>
        <w:t xml:space="preserve"> VI, da Lei nº 14.133/2021);</w:t>
      </w:r>
    </w:p>
    <w:p w14:paraId="2B9FEFFA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d)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empregados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colaboradores</w:t>
      </w:r>
      <w:proofErr w:type="spellEnd"/>
      <w:r>
        <w:t xml:space="preserve"> </w:t>
      </w:r>
      <w:proofErr w:type="spellStart"/>
      <w:r>
        <w:t>executando</w:t>
      </w:r>
      <w:proofErr w:type="spellEnd"/>
      <w:r>
        <w:t xml:space="preserve"> </w:t>
      </w:r>
      <w:proofErr w:type="spellStart"/>
      <w:r>
        <w:t>trabalho</w:t>
      </w:r>
      <w:proofErr w:type="spellEnd"/>
      <w:r>
        <w:t xml:space="preserve"> </w:t>
      </w:r>
      <w:proofErr w:type="spellStart"/>
      <w:r>
        <w:t>degradante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forçado</w:t>
      </w:r>
      <w:proofErr w:type="spellEnd"/>
      <w:r>
        <w:t xml:space="preserve">, </w:t>
      </w:r>
      <w:proofErr w:type="spellStart"/>
      <w:r>
        <w:t>observando</w:t>
      </w:r>
      <w:proofErr w:type="spellEnd"/>
      <w:r>
        <w:t xml:space="preserve"> </w:t>
      </w:r>
      <w:proofErr w:type="spellStart"/>
      <w:r>
        <w:t>integralmente</w:t>
      </w:r>
      <w:proofErr w:type="spellEnd"/>
      <w:r>
        <w:t xml:space="preserve"> o </w:t>
      </w:r>
      <w:proofErr w:type="spellStart"/>
      <w:r>
        <w:t>disposto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incisos</w:t>
      </w:r>
      <w:proofErr w:type="spellEnd"/>
      <w:r>
        <w:t xml:space="preserve"> III e IV do art. 1º e no </w:t>
      </w:r>
      <w:proofErr w:type="spellStart"/>
      <w:r>
        <w:t>inciso</w:t>
      </w:r>
      <w:proofErr w:type="spellEnd"/>
      <w:r>
        <w:t xml:space="preserve"> III do art. 5º da </w:t>
      </w:r>
      <w:proofErr w:type="spellStart"/>
      <w:r>
        <w:t>Constituição</w:t>
      </w:r>
      <w:proofErr w:type="spellEnd"/>
      <w:r>
        <w:t xml:space="preserve"> Federal de 1988;</w:t>
      </w:r>
    </w:p>
    <w:p w14:paraId="31C60C48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e) </w:t>
      </w:r>
      <w:r>
        <w:t xml:space="preserve">No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proponentes</w:t>
      </w:r>
      <w:proofErr w:type="spellEnd"/>
      <w:r>
        <w:t xml:space="preserve"> </w:t>
      </w:r>
      <w:proofErr w:type="spellStart"/>
      <w:r>
        <w:t>pessoas</w:t>
      </w:r>
      <w:proofErr w:type="spellEnd"/>
      <w:r>
        <w:t xml:space="preserve"> </w:t>
      </w:r>
      <w:proofErr w:type="spellStart"/>
      <w:r>
        <w:t>jurídicas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recuperação</w:t>
      </w:r>
      <w:proofErr w:type="spellEnd"/>
      <w:r>
        <w:t xml:space="preserve"> judicial: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ciente</w:t>
      </w:r>
      <w:proofErr w:type="spellEnd"/>
      <w:r>
        <w:t xml:space="preserve"> de que, por </w:t>
      </w:r>
      <w:proofErr w:type="spellStart"/>
      <w:r>
        <w:t>ocasião</w:t>
      </w:r>
      <w:proofErr w:type="spellEnd"/>
      <w:r>
        <w:t xml:space="preserve"> da </w:t>
      </w:r>
      <w:proofErr w:type="spellStart"/>
      <w:r>
        <w:t>assinatura</w:t>
      </w:r>
      <w:proofErr w:type="spellEnd"/>
      <w:r>
        <w:t xml:space="preserve"> do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Execução</w:t>
      </w:r>
      <w:proofErr w:type="spellEnd"/>
      <w:r>
        <w:t xml:space="preserve"> Cultural, </w:t>
      </w:r>
      <w:proofErr w:type="spellStart"/>
      <w:r>
        <w:t>deverá</w:t>
      </w:r>
      <w:proofErr w:type="spellEnd"/>
      <w:r>
        <w:t xml:space="preserve"> </w:t>
      </w:r>
      <w:proofErr w:type="spellStart"/>
      <w:r>
        <w:t>apresentar</w:t>
      </w:r>
      <w:proofErr w:type="spellEnd"/>
      <w:r>
        <w:t xml:space="preserve"> </w:t>
      </w:r>
      <w:proofErr w:type="spellStart"/>
      <w:r>
        <w:t>cópia</w:t>
      </w:r>
      <w:proofErr w:type="spellEnd"/>
      <w:r>
        <w:t xml:space="preserve"> do </w:t>
      </w:r>
      <w:proofErr w:type="spellStart"/>
      <w:r>
        <w:t>ato</w:t>
      </w:r>
      <w:proofErr w:type="spellEnd"/>
      <w:r>
        <w:t xml:space="preserve"> de </w:t>
      </w:r>
      <w:proofErr w:type="spellStart"/>
      <w:r>
        <w:t>nomeação</w:t>
      </w:r>
      <w:proofErr w:type="spellEnd"/>
      <w:r>
        <w:t xml:space="preserve"> do </w:t>
      </w:r>
      <w:proofErr w:type="spellStart"/>
      <w:r>
        <w:t>administrador</w:t>
      </w:r>
      <w:proofErr w:type="spellEnd"/>
      <w:r>
        <w:t xml:space="preserve"> judicial (</w:t>
      </w:r>
      <w:proofErr w:type="spellStart"/>
      <w:r>
        <w:t>ou</w:t>
      </w:r>
      <w:proofErr w:type="spellEnd"/>
      <w:r>
        <w:t xml:space="preserve"> </w:t>
      </w:r>
      <w:proofErr w:type="spellStart"/>
      <w:r>
        <w:t>nome</w:t>
      </w:r>
      <w:proofErr w:type="spellEnd"/>
      <w:r>
        <w:t xml:space="preserve"> do </w:t>
      </w:r>
      <w:proofErr w:type="spellStart"/>
      <w:r>
        <w:t>profissional</w:t>
      </w:r>
      <w:proofErr w:type="spellEnd"/>
      <w:r>
        <w:t xml:space="preserve"> </w:t>
      </w:r>
      <w:proofErr w:type="spellStart"/>
      <w:r>
        <w:t>responsável</w:t>
      </w:r>
      <w:proofErr w:type="spellEnd"/>
      <w:r>
        <w:t xml:space="preserve"> pela </w:t>
      </w:r>
      <w:proofErr w:type="spellStart"/>
      <w:r>
        <w:t>condução</w:t>
      </w:r>
      <w:proofErr w:type="spellEnd"/>
      <w:r>
        <w:t xml:space="preserve">, </w:t>
      </w:r>
      <w:proofErr w:type="spellStart"/>
      <w:r>
        <w:t>caso</w:t>
      </w:r>
      <w:proofErr w:type="spellEnd"/>
      <w:r>
        <w:t xml:space="preserve"> o </w:t>
      </w:r>
      <w:proofErr w:type="spellStart"/>
      <w:r>
        <w:t>administrador</w:t>
      </w:r>
      <w:proofErr w:type="spellEnd"/>
      <w:r>
        <w:t xml:space="preserve"> </w:t>
      </w:r>
      <w:proofErr w:type="spellStart"/>
      <w:r>
        <w:t>seja</w:t>
      </w:r>
      <w:proofErr w:type="spellEnd"/>
      <w:r>
        <w:t xml:space="preserve"> </w:t>
      </w:r>
      <w:proofErr w:type="spellStart"/>
      <w:r>
        <w:t>pessoa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) </w:t>
      </w:r>
      <w:proofErr w:type="spellStart"/>
      <w:r>
        <w:t>acompanhado</w:t>
      </w:r>
      <w:proofErr w:type="spellEnd"/>
      <w:r>
        <w:t xml:space="preserve"> de </w:t>
      </w:r>
      <w:proofErr w:type="spellStart"/>
      <w:r>
        <w:t>documento</w:t>
      </w:r>
      <w:proofErr w:type="spellEnd"/>
      <w:r>
        <w:t xml:space="preserve"> </w:t>
      </w:r>
      <w:proofErr w:type="spellStart"/>
      <w:r>
        <w:t>idôneo</w:t>
      </w:r>
      <w:proofErr w:type="spellEnd"/>
      <w:r>
        <w:t xml:space="preserve"> do </w:t>
      </w:r>
      <w:proofErr w:type="spellStart"/>
      <w:r>
        <w:t>juízo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do </w:t>
      </w:r>
      <w:proofErr w:type="spellStart"/>
      <w:r>
        <w:t>próprio</w:t>
      </w:r>
      <w:proofErr w:type="spellEnd"/>
      <w:r>
        <w:t xml:space="preserve"> </w:t>
      </w:r>
      <w:proofErr w:type="spellStart"/>
      <w:r>
        <w:t>administrador</w:t>
      </w:r>
      <w:proofErr w:type="spellEnd"/>
      <w:r>
        <w:t xml:space="preserve"> </w:t>
      </w:r>
      <w:proofErr w:type="spellStart"/>
      <w:r>
        <w:t>atestando</w:t>
      </w:r>
      <w:proofErr w:type="spellEnd"/>
      <w:r>
        <w:t xml:space="preserve"> que o </w:t>
      </w:r>
      <w:proofErr w:type="spellStart"/>
      <w:r>
        <w:t>plano</w:t>
      </w:r>
      <w:proofErr w:type="spellEnd"/>
      <w:r>
        <w:t xml:space="preserve"> de </w:t>
      </w:r>
      <w:proofErr w:type="spellStart"/>
      <w:r>
        <w:t>recuperação</w:t>
      </w:r>
      <w:proofErr w:type="spellEnd"/>
      <w:r>
        <w:t xml:space="preserve"> judicial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sendo</w:t>
      </w:r>
      <w:proofErr w:type="spellEnd"/>
      <w:r>
        <w:t xml:space="preserve"> </w:t>
      </w:r>
      <w:proofErr w:type="spellStart"/>
      <w:r>
        <w:t>devidamente</w:t>
      </w:r>
      <w:proofErr w:type="spellEnd"/>
      <w:r>
        <w:t xml:space="preserve"> </w:t>
      </w:r>
      <w:proofErr w:type="spellStart"/>
      <w:r>
        <w:t>cumprido</w:t>
      </w:r>
      <w:proofErr w:type="spellEnd"/>
      <w:r>
        <w:t>;</w:t>
      </w:r>
    </w:p>
    <w:p w14:paraId="15D2046B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f) </w:t>
      </w:r>
      <w:r>
        <w:t xml:space="preserve">No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microempresas</w:t>
      </w:r>
      <w:proofErr w:type="spellEnd"/>
      <w:r>
        <w:t xml:space="preserve"> (ME) </w:t>
      </w:r>
      <w:proofErr w:type="spellStart"/>
      <w:r>
        <w:t>ou</w:t>
      </w:r>
      <w:proofErr w:type="spellEnd"/>
      <w:r>
        <w:t xml:space="preserve"> </w:t>
      </w:r>
      <w:proofErr w:type="spellStart"/>
      <w:r>
        <w:t>empresas</w:t>
      </w:r>
      <w:proofErr w:type="spellEnd"/>
      <w:r>
        <w:t xml:space="preserve"> de </w:t>
      </w:r>
      <w:proofErr w:type="spellStart"/>
      <w:r>
        <w:t>pequeno</w:t>
      </w:r>
      <w:proofErr w:type="spellEnd"/>
      <w:r>
        <w:t xml:space="preserve"> </w:t>
      </w:r>
      <w:proofErr w:type="spellStart"/>
      <w:r>
        <w:t>porte</w:t>
      </w:r>
      <w:proofErr w:type="spellEnd"/>
      <w:r>
        <w:t xml:space="preserve"> (EPP): </w:t>
      </w:r>
      <w:proofErr w:type="spellStart"/>
      <w:r>
        <w:t>declara</w:t>
      </w:r>
      <w:proofErr w:type="spellEnd"/>
      <w:r>
        <w:t xml:space="preserve"> que </w:t>
      </w:r>
      <w:proofErr w:type="gramStart"/>
      <w:r>
        <w:t>a</w:t>
      </w:r>
      <w:proofErr w:type="gramEnd"/>
      <w:r>
        <w:t xml:space="preserve"> </w:t>
      </w:r>
      <w:proofErr w:type="spellStart"/>
      <w:r>
        <w:t>empresa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qualquer</w:t>
      </w:r>
      <w:proofErr w:type="spellEnd"/>
      <w:r>
        <w:t xml:space="preserve"> dos </w:t>
      </w:r>
      <w:proofErr w:type="spellStart"/>
      <w:r>
        <w:t>impedimentos</w:t>
      </w:r>
      <w:proofErr w:type="spellEnd"/>
      <w:r>
        <w:t xml:space="preserve"> </w:t>
      </w:r>
      <w:proofErr w:type="spellStart"/>
      <w:r>
        <w:t>previstos</w:t>
      </w:r>
      <w:proofErr w:type="spellEnd"/>
      <w:r>
        <w:t xml:space="preserve"> no § 4º e </w:t>
      </w:r>
      <w:proofErr w:type="spellStart"/>
      <w:r>
        <w:t>seguintes</w:t>
      </w:r>
      <w:proofErr w:type="spellEnd"/>
      <w:r>
        <w:t xml:space="preserve"> do </w:t>
      </w:r>
      <w:proofErr w:type="spellStart"/>
      <w:r>
        <w:t>artigo</w:t>
      </w:r>
      <w:proofErr w:type="spellEnd"/>
      <w:r>
        <w:t xml:space="preserve"> 3º da Lei </w:t>
      </w:r>
      <w:proofErr w:type="spellStart"/>
      <w:r>
        <w:t>Complementar</w:t>
      </w:r>
      <w:proofErr w:type="spellEnd"/>
      <w:r>
        <w:t xml:space="preserve"> nº 123/2006, </w:t>
      </w:r>
      <w:proofErr w:type="spellStart"/>
      <w:r>
        <w:t>bem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§§ 1º a 4º do </w:t>
      </w:r>
      <w:proofErr w:type="spellStart"/>
      <w:r>
        <w:t>artigo</w:t>
      </w:r>
      <w:proofErr w:type="spellEnd"/>
      <w:r>
        <w:t xml:space="preserve"> 4º da Lei nº 14.133/2021, </w:t>
      </w:r>
      <w:proofErr w:type="spellStart"/>
      <w:r>
        <w:t>cujos</w:t>
      </w:r>
      <w:proofErr w:type="spellEnd"/>
      <w:r>
        <w:t xml:space="preserve"> </w:t>
      </w:r>
      <w:proofErr w:type="spellStart"/>
      <w:r>
        <w:t>termos</w:t>
      </w:r>
      <w:proofErr w:type="spellEnd"/>
      <w:r>
        <w:t xml:space="preserve"> </w:t>
      </w:r>
      <w:proofErr w:type="spellStart"/>
      <w:r>
        <w:t>declara</w:t>
      </w:r>
      <w:proofErr w:type="spellEnd"/>
      <w:r>
        <w:t xml:space="preserve"> </w:t>
      </w:r>
      <w:proofErr w:type="spellStart"/>
      <w:r>
        <w:t>conhecer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íntegra</w:t>
      </w:r>
      <w:proofErr w:type="spellEnd"/>
      <w:r>
        <w:t>;</w:t>
      </w:r>
    </w:p>
    <w:p w14:paraId="350043AE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g)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incorre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nenhuma</w:t>
      </w:r>
      <w:proofErr w:type="spellEnd"/>
      <w:r>
        <w:t xml:space="preserve"> das </w:t>
      </w:r>
      <w:proofErr w:type="spellStart"/>
      <w:r>
        <w:t>restrições</w:t>
      </w:r>
      <w:proofErr w:type="spellEnd"/>
      <w:r>
        <w:t xml:space="preserve"> e </w:t>
      </w:r>
      <w:proofErr w:type="spellStart"/>
      <w:r>
        <w:t>vedações</w:t>
      </w:r>
      <w:proofErr w:type="spellEnd"/>
      <w:r>
        <w:t xml:space="preserve"> de </w:t>
      </w:r>
      <w:proofErr w:type="spellStart"/>
      <w:r>
        <w:t>participação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no art. 14 da Lei nº 14.133/2021;</w:t>
      </w:r>
    </w:p>
    <w:p w14:paraId="663136A3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h)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ciente</w:t>
      </w:r>
      <w:proofErr w:type="spellEnd"/>
      <w:r>
        <w:t xml:space="preserve"> e </w:t>
      </w:r>
      <w:proofErr w:type="spellStart"/>
      <w:r>
        <w:t>concorda</w:t>
      </w:r>
      <w:proofErr w:type="spellEnd"/>
      <w:r>
        <w:t xml:space="preserve"> com </w:t>
      </w:r>
      <w:proofErr w:type="gramStart"/>
      <w:r>
        <w:t>a</w:t>
      </w:r>
      <w:proofErr w:type="gramEnd"/>
      <w:r>
        <w:t xml:space="preserve"> </w:t>
      </w:r>
      <w:proofErr w:type="spellStart"/>
      <w:r>
        <w:t>observância</w:t>
      </w:r>
      <w:proofErr w:type="spellEnd"/>
      <w:r>
        <w:t xml:space="preserve"> das </w:t>
      </w:r>
      <w:proofErr w:type="spellStart"/>
      <w:r>
        <w:t>disposições</w:t>
      </w:r>
      <w:proofErr w:type="spellEnd"/>
      <w:r>
        <w:t xml:space="preserve"> da Lei Federal nº 13.709, de 14 de </w:t>
      </w:r>
      <w:proofErr w:type="spellStart"/>
      <w:r>
        <w:t>agosto</w:t>
      </w:r>
      <w:proofErr w:type="spellEnd"/>
      <w:r>
        <w:t xml:space="preserve"> de 2018 (Lei </w:t>
      </w:r>
      <w:proofErr w:type="spellStart"/>
      <w:r>
        <w:t>Geral</w:t>
      </w:r>
      <w:proofErr w:type="spellEnd"/>
      <w:r>
        <w:t xml:space="preserve"> de </w:t>
      </w:r>
      <w:proofErr w:type="spellStart"/>
      <w:r>
        <w:t>Proteção</w:t>
      </w:r>
      <w:proofErr w:type="spellEnd"/>
      <w:r>
        <w:t xml:space="preserve"> de Dados - LGPD), </w:t>
      </w:r>
      <w:proofErr w:type="spellStart"/>
      <w:r>
        <w:t>em</w:t>
      </w:r>
      <w:proofErr w:type="spellEnd"/>
      <w:r>
        <w:t xml:space="preserve"> </w:t>
      </w:r>
      <w:proofErr w:type="spellStart"/>
      <w:r>
        <w:t>relação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tratamento</w:t>
      </w:r>
      <w:proofErr w:type="spellEnd"/>
      <w:r>
        <w:t xml:space="preserve"> de dados </w:t>
      </w:r>
      <w:proofErr w:type="spellStart"/>
      <w:r>
        <w:t>pessoais</w:t>
      </w:r>
      <w:proofErr w:type="spellEnd"/>
      <w:r>
        <w:t xml:space="preserve"> e dados </w:t>
      </w:r>
      <w:proofErr w:type="spellStart"/>
      <w:r>
        <w:t>sensíveis</w:t>
      </w:r>
      <w:proofErr w:type="spellEnd"/>
      <w:r>
        <w:t xml:space="preserve"> </w:t>
      </w:r>
      <w:proofErr w:type="spellStart"/>
      <w:r>
        <w:t>coletados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</w:t>
      </w:r>
      <w:proofErr w:type="spellStart"/>
      <w:r>
        <w:t>vedada</w:t>
      </w:r>
      <w:proofErr w:type="spellEnd"/>
      <w:r>
        <w:t xml:space="preserve"> a </w:t>
      </w:r>
      <w:proofErr w:type="spellStart"/>
      <w:r>
        <w:t>divulgação</w:t>
      </w:r>
      <w:proofErr w:type="spellEnd"/>
      <w:r>
        <w:t xml:space="preserve">, </w:t>
      </w:r>
      <w:proofErr w:type="spellStart"/>
      <w:r>
        <w:t>revelação</w:t>
      </w:r>
      <w:proofErr w:type="spellEnd"/>
      <w:r>
        <w:t xml:space="preserve">, </w:t>
      </w:r>
      <w:proofErr w:type="spellStart"/>
      <w:r>
        <w:t>reprodução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compartilhamento</w:t>
      </w:r>
      <w:proofErr w:type="spellEnd"/>
      <w:r>
        <w:t xml:space="preserve"> </w:t>
      </w:r>
      <w:proofErr w:type="spellStart"/>
      <w:r>
        <w:t>destes</w:t>
      </w:r>
      <w:proofErr w:type="spellEnd"/>
      <w:r>
        <w:t xml:space="preserve"> dados com </w:t>
      </w:r>
      <w:proofErr w:type="spellStart"/>
      <w:r>
        <w:t>terceiros</w:t>
      </w:r>
      <w:proofErr w:type="spellEnd"/>
      <w:r>
        <w:t xml:space="preserve"> </w:t>
      </w:r>
      <w:proofErr w:type="spellStart"/>
      <w:r>
        <w:t>alheios</w:t>
      </w:r>
      <w:proofErr w:type="spellEnd"/>
      <w:r>
        <w:t xml:space="preserve"> à </w:t>
      </w:r>
      <w:proofErr w:type="spellStart"/>
      <w:r>
        <w:t>execução</w:t>
      </w:r>
      <w:proofErr w:type="spellEnd"/>
      <w:r>
        <w:t xml:space="preserve"> do </w:t>
      </w:r>
      <w:proofErr w:type="spellStart"/>
      <w:r>
        <w:t>objeto</w:t>
      </w:r>
      <w:proofErr w:type="spellEnd"/>
      <w:r>
        <w:t xml:space="preserve"> do </w:t>
      </w:r>
      <w:proofErr w:type="spellStart"/>
      <w:r>
        <w:t>certame</w:t>
      </w:r>
      <w:proofErr w:type="spellEnd"/>
      <w:r>
        <w:t xml:space="preserve">, salvo </w:t>
      </w:r>
      <w:proofErr w:type="spellStart"/>
      <w:r>
        <w:t>em</w:t>
      </w:r>
      <w:proofErr w:type="spellEnd"/>
      <w:r>
        <w:t xml:space="preserve"> </w:t>
      </w:r>
      <w:proofErr w:type="spellStart"/>
      <w:r>
        <w:t>cumprimento</w:t>
      </w:r>
      <w:proofErr w:type="spellEnd"/>
      <w:r>
        <w:t xml:space="preserve"> de </w:t>
      </w:r>
      <w:proofErr w:type="spellStart"/>
      <w:r>
        <w:t>obrigação</w:t>
      </w:r>
      <w:proofErr w:type="spellEnd"/>
      <w:r>
        <w:t xml:space="preserve"> legal </w:t>
      </w:r>
      <w:proofErr w:type="spellStart"/>
      <w:r>
        <w:t>ou</w:t>
      </w:r>
      <w:proofErr w:type="spellEnd"/>
      <w:r>
        <w:t xml:space="preserve"> </w:t>
      </w:r>
      <w:proofErr w:type="spellStart"/>
      <w:r>
        <w:t>ordem</w:t>
      </w:r>
      <w:proofErr w:type="spellEnd"/>
      <w:r>
        <w:t xml:space="preserve"> judicial;</w:t>
      </w:r>
    </w:p>
    <w:p w14:paraId="0909EF8C" w14:textId="77777777" w:rsidR="004D6241" w:rsidRDefault="00937412">
      <w:pPr>
        <w:spacing w:after="100"/>
        <w:ind w:left="720" w:hanging="360"/>
        <w:jc w:val="both"/>
      </w:pPr>
      <w:proofErr w:type="spellStart"/>
      <w:r>
        <w:rPr>
          <w:b/>
        </w:rPr>
        <w:t>i</w:t>
      </w:r>
      <w:proofErr w:type="spellEnd"/>
      <w:r>
        <w:rPr>
          <w:b/>
        </w:rPr>
        <w:t xml:space="preserve">)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incorre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vedações</w:t>
      </w:r>
      <w:proofErr w:type="spellEnd"/>
      <w:r>
        <w:t xml:space="preserve"> </w:t>
      </w:r>
      <w:proofErr w:type="spellStart"/>
      <w:r>
        <w:t>impostas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art. 206, </w:t>
      </w:r>
      <w:proofErr w:type="spellStart"/>
      <w:r>
        <w:t>inciso</w:t>
      </w:r>
      <w:proofErr w:type="spellEnd"/>
      <w:r>
        <w:t xml:space="preserve"> X, da Lei Municipal </w:t>
      </w:r>
      <w:proofErr w:type="spellStart"/>
      <w:r>
        <w:t>Complementar</w:t>
      </w:r>
      <w:proofErr w:type="spellEnd"/>
      <w:r>
        <w:t xml:space="preserve"> nº 146/2011, com a </w:t>
      </w:r>
      <w:proofErr w:type="spellStart"/>
      <w:r>
        <w:t>redação</w:t>
      </w:r>
      <w:proofErr w:type="spellEnd"/>
      <w:r>
        <w:t xml:space="preserve"> dada pela Lei Municipal </w:t>
      </w:r>
      <w:proofErr w:type="spellStart"/>
      <w:r>
        <w:t>Complementar</w:t>
      </w:r>
      <w:proofErr w:type="spellEnd"/>
      <w:r>
        <w:t xml:space="preserve"> nº 305/2024, que </w:t>
      </w:r>
      <w:proofErr w:type="spellStart"/>
      <w:r>
        <w:t>proíbe</w:t>
      </w:r>
      <w:proofErr w:type="spellEnd"/>
      <w:r>
        <w:t xml:space="preserve"> </w:t>
      </w:r>
      <w:proofErr w:type="spellStart"/>
      <w:r>
        <w:t>servidores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de São </w:t>
      </w:r>
      <w:proofErr w:type="spellStart"/>
      <w:r>
        <w:t>Sebastião</w:t>
      </w:r>
      <w:proofErr w:type="spellEnd"/>
      <w:r>
        <w:t xml:space="preserve"> de </w:t>
      </w:r>
      <w:proofErr w:type="spellStart"/>
      <w:r>
        <w:t>atuar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gerência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administração</w:t>
      </w:r>
      <w:proofErr w:type="spellEnd"/>
      <w:r>
        <w:t xml:space="preserve"> de </w:t>
      </w:r>
      <w:proofErr w:type="spellStart"/>
      <w:r>
        <w:t>empresa</w:t>
      </w:r>
      <w:proofErr w:type="spellEnd"/>
      <w:r>
        <w:t xml:space="preserve"> </w:t>
      </w:r>
      <w:proofErr w:type="spellStart"/>
      <w:r>
        <w:t>privada</w:t>
      </w:r>
      <w:proofErr w:type="spellEnd"/>
      <w:r>
        <w:t xml:space="preserve"> e, </w:t>
      </w:r>
      <w:proofErr w:type="spellStart"/>
      <w:r>
        <w:t>nesta</w:t>
      </w:r>
      <w:proofErr w:type="spellEnd"/>
      <w:r>
        <w:t xml:space="preserve"> </w:t>
      </w:r>
      <w:proofErr w:type="spellStart"/>
      <w:r>
        <w:t>condição</w:t>
      </w:r>
      <w:proofErr w:type="spellEnd"/>
      <w:r>
        <w:t xml:space="preserve">, </w:t>
      </w:r>
      <w:proofErr w:type="spellStart"/>
      <w:r>
        <w:t>celebrar</w:t>
      </w:r>
      <w:proofErr w:type="spellEnd"/>
      <w:r>
        <w:t xml:space="preserve"> </w:t>
      </w:r>
      <w:proofErr w:type="spellStart"/>
      <w:r>
        <w:t>contratos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parcerias</w:t>
      </w:r>
      <w:proofErr w:type="spellEnd"/>
      <w:r>
        <w:t xml:space="preserve"> com a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Direta</w:t>
      </w:r>
      <w:proofErr w:type="spellEnd"/>
      <w:r>
        <w:t xml:space="preserve"> e com as </w:t>
      </w:r>
      <w:proofErr w:type="spellStart"/>
      <w:r>
        <w:t>Fundações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>.</w:t>
      </w:r>
    </w:p>
    <w:p w14:paraId="5D3789A7" w14:textId="77777777" w:rsidR="004D6241" w:rsidRDefault="00937412">
      <w:pPr>
        <w:spacing w:before="160" w:after="120"/>
      </w:pPr>
      <w:r>
        <w:rPr>
          <w:b/>
          <w:color w:val="444444"/>
          <w:sz w:val="20"/>
        </w:rPr>
        <w:t xml:space="preserve">2.2 </w:t>
      </w:r>
      <w:proofErr w:type="spellStart"/>
      <w:r>
        <w:rPr>
          <w:b/>
          <w:color w:val="444444"/>
          <w:sz w:val="20"/>
        </w:rPr>
        <w:t>Declarantes</w:t>
      </w:r>
      <w:proofErr w:type="spellEnd"/>
      <w:r>
        <w:rPr>
          <w:b/>
          <w:color w:val="444444"/>
          <w:sz w:val="20"/>
        </w:rPr>
        <w:t xml:space="preserve"> </w:t>
      </w:r>
      <w:proofErr w:type="spellStart"/>
      <w:r>
        <w:rPr>
          <w:b/>
          <w:color w:val="444444"/>
          <w:sz w:val="20"/>
        </w:rPr>
        <w:t>Específicas</w:t>
      </w:r>
      <w:proofErr w:type="spellEnd"/>
      <w:r>
        <w:rPr>
          <w:b/>
          <w:color w:val="444444"/>
          <w:sz w:val="20"/>
        </w:rPr>
        <w:t xml:space="preserve"> para </w:t>
      </w:r>
      <w:proofErr w:type="spellStart"/>
      <w:r>
        <w:rPr>
          <w:b/>
          <w:color w:val="444444"/>
          <w:sz w:val="20"/>
        </w:rPr>
        <w:t>Editais</w:t>
      </w:r>
      <w:proofErr w:type="spellEnd"/>
      <w:r>
        <w:rPr>
          <w:b/>
          <w:color w:val="444444"/>
          <w:sz w:val="20"/>
        </w:rPr>
        <w:t xml:space="preserve"> </w:t>
      </w:r>
      <w:proofErr w:type="spellStart"/>
      <w:r>
        <w:rPr>
          <w:b/>
          <w:color w:val="444444"/>
          <w:sz w:val="20"/>
        </w:rPr>
        <w:t>Culturais</w:t>
      </w:r>
      <w:proofErr w:type="spellEnd"/>
      <w:r>
        <w:rPr>
          <w:b/>
          <w:color w:val="444444"/>
          <w:sz w:val="20"/>
        </w:rPr>
        <w:t xml:space="preserve"> de </w:t>
      </w:r>
      <w:proofErr w:type="spellStart"/>
      <w:r>
        <w:rPr>
          <w:b/>
          <w:color w:val="444444"/>
          <w:sz w:val="20"/>
        </w:rPr>
        <w:t>Fomento</w:t>
      </w:r>
      <w:proofErr w:type="spellEnd"/>
      <w:r>
        <w:rPr>
          <w:b/>
          <w:color w:val="444444"/>
          <w:sz w:val="20"/>
        </w:rPr>
        <w:t xml:space="preserve"> e </w:t>
      </w:r>
      <w:proofErr w:type="spellStart"/>
      <w:r>
        <w:rPr>
          <w:b/>
          <w:color w:val="444444"/>
          <w:sz w:val="20"/>
        </w:rPr>
        <w:t>Premiação</w:t>
      </w:r>
      <w:proofErr w:type="spellEnd"/>
      <w:r>
        <w:rPr>
          <w:b/>
          <w:color w:val="444444"/>
          <w:sz w:val="20"/>
        </w:rPr>
        <w:t xml:space="preserve"> (PNAB - FUNDASS):</w:t>
      </w:r>
    </w:p>
    <w:p w14:paraId="36A8A38F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j) </w:t>
      </w:r>
      <w:proofErr w:type="spellStart"/>
      <w:r>
        <w:t>Não</w:t>
      </w:r>
      <w:proofErr w:type="spellEnd"/>
      <w:r>
        <w:t xml:space="preserve"> é </w:t>
      </w:r>
      <w:proofErr w:type="spellStart"/>
      <w:r>
        <w:t>membro</w:t>
      </w:r>
      <w:proofErr w:type="spellEnd"/>
      <w:r>
        <w:t xml:space="preserve"> e, </w:t>
      </w:r>
      <w:proofErr w:type="spellStart"/>
      <w:r>
        <w:t>tratando</w:t>
      </w:r>
      <w:proofErr w:type="spellEnd"/>
      <w:r>
        <w:t xml:space="preserve">-se de </w:t>
      </w:r>
      <w:proofErr w:type="spellStart"/>
      <w:r>
        <w:t>pessoa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,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coletivo</w:t>
      </w:r>
      <w:proofErr w:type="spellEnd"/>
      <w:r>
        <w:t xml:space="preserve"> cultural,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entre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sócios</w:t>
      </w:r>
      <w:proofErr w:type="spellEnd"/>
      <w:r>
        <w:t xml:space="preserve">, </w:t>
      </w:r>
      <w:proofErr w:type="spellStart"/>
      <w:r>
        <w:t>diretores</w:t>
      </w:r>
      <w:proofErr w:type="spellEnd"/>
      <w:r>
        <w:t xml:space="preserve">, </w:t>
      </w:r>
      <w:proofErr w:type="spellStart"/>
      <w:r>
        <w:t>administradores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integrantes</w:t>
      </w:r>
      <w:proofErr w:type="spellEnd"/>
      <w:r>
        <w:t xml:space="preserve"> do </w:t>
      </w:r>
      <w:proofErr w:type="spellStart"/>
      <w:r>
        <w:t>projeto</w:t>
      </w:r>
      <w:proofErr w:type="spellEnd"/>
      <w:r>
        <w:t xml:space="preserve">, </w:t>
      </w:r>
      <w:proofErr w:type="spellStart"/>
      <w:r>
        <w:t>pessoas</w:t>
      </w:r>
      <w:proofErr w:type="spellEnd"/>
      <w:r>
        <w:t xml:space="preserve"> que </w:t>
      </w:r>
      <w:proofErr w:type="spellStart"/>
      <w:r>
        <w:t>ocupem</w:t>
      </w:r>
      <w:proofErr w:type="spellEnd"/>
      <w:r>
        <w:t xml:space="preserve"> cargos de </w:t>
      </w:r>
      <w:proofErr w:type="spellStart"/>
      <w:r>
        <w:t>Chefia</w:t>
      </w:r>
      <w:proofErr w:type="spellEnd"/>
      <w:r>
        <w:t xml:space="preserve"> do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Executivo</w:t>
      </w:r>
      <w:proofErr w:type="spellEnd"/>
      <w:r>
        <w:t xml:space="preserve"> (Governador, </w:t>
      </w:r>
      <w:proofErr w:type="spellStart"/>
      <w:r>
        <w:t>Prefeito</w:t>
      </w:r>
      <w:proofErr w:type="spellEnd"/>
      <w:r>
        <w:t xml:space="preserve">), </w:t>
      </w:r>
      <w:proofErr w:type="spellStart"/>
      <w:r>
        <w:t>Secretários</w:t>
      </w:r>
      <w:proofErr w:type="spellEnd"/>
      <w:r>
        <w:t xml:space="preserve"> de Estado </w:t>
      </w:r>
      <w:proofErr w:type="spellStart"/>
      <w:r>
        <w:t>ou</w:t>
      </w:r>
      <w:proofErr w:type="spellEnd"/>
      <w:r>
        <w:t xml:space="preserve"> de </w:t>
      </w:r>
      <w:proofErr w:type="spellStart"/>
      <w:r>
        <w:t>Município</w:t>
      </w:r>
      <w:proofErr w:type="spellEnd"/>
      <w:r>
        <w:t xml:space="preserve">, </w:t>
      </w:r>
      <w:proofErr w:type="spellStart"/>
      <w:r>
        <w:t>membros</w:t>
      </w:r>
      <w:proofErr w:type="spellEnd"/>
      <w:r>
        <w:t xml:space="preserve"> do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Legislativo</w:t>
      </w:r>
      <w:proofErr w:type="spellEnd"/>
      <w:r>
        <w:t xml:space="preserve"> (</w:t>
      </w:r>
      <w:proofErr w:type="spellStart"/>
      <w:r>
        <w:t>Senadores</w:t>
      </w:r>
      <w:proofErr w:type="spellEnd"/>
      <w:r>
        <w:t xml:space="preserve">, </w:t>
      </w:r>
      <w:proofErr w:type="spellStart"/>
      <w:r>
        <w:t>Deputados</w:t>
      </w:r>
      <w:proofErr w:type="spellEnd"/>
      <w:r>
        <w:t xml:space="preserve"> e </w:t>
      </w:r>
      <w:proofErr w:type="spellStart"/>
      <w:r>
        <w:t>Vereadores</w:t>
      </w:r>
      <w:proofErr w:type="spellEnd"/>
      <w:r>
        <w:t xml:space="preserve">), do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Judiciário</w:t>
      </w:r>
      <w:proofErr w:type="spellEnd"/>
      <w:r>
        <w:t xml:space="preserve"> (</w:t>
      </w:r>
      <w:proofErr w:type="spellStart"/>
      <w:r>
        <w:t>Juízes</w:t>
      </w:r>
      <w:proofErr w:type="spellEnd"/>
      <w:r>
        <w:t xml:space="preserve">, </w:t>
      </w:r>
      <w:proofErr w:type="spellStart"/>
      <w:r>
        <w:t>Desembargadores</w:t>
      </w:r>
      <w:proofErr w:type="spellEnd"/>
      <w:r>
        <w:t xml:space="preserve"> e </w:t>
      </w:r>
      <w:proofErr w:type="spellStart"/>
      <w:r>
        <w:t>Ministros</w:t>
      </w:r>
      <w:proofErr w:type="spellEnd"/>
      <w:r>
        <w:t xml:space="preserve">), do Tribunal de </w:t>
      </w:r>
      <w:proofErr w:type="spellStart"/>
      <w:r>
        <w:t>Contas</w:t>
      </w:r>
      <w:proofErr w:type="spellEnd"/>
      <w:r>
        <w:t xml:space="preserve"> (</w:t>
      </w:r>
      <w:proofErr w:type="spellStart"/>
      <w:r>
        <w:t>Auditores</w:t>
      </w:r>
      <w:proofErr w:type="spellEnd"/>
      <w:r>
        <w:t xml:space="preserve"> e </w:t>
      </w:r>
      <w:proofErr w:type="spellStart"/>
      <w:r>
        <w:t>Conselheiros</w:t>
      </w:r>
      <w:proofErr w:type="spellEnd"/>
      <w:r>
        <w:t xml:space="preserve">) </w:t>
      </w:r>
      <w:proofErr w:type="spellStart"/>
      <w:r>
        <w:t>ou</w:t>
      </w:r>
      <w:proofErr w:type="spellEnd"/>
      <w:r>
        <w:t xml:space="preserve"> do </w:t>
      </w:r>
      <w:proofErr w:type="spellStart"/>
      <w:r>
        <w:t>Ministério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(</w:t>
      </w:r>
      <w:proofErr w:type="spellStart"/>
      <w:r>
        <w:t>Promotores</w:t>
      </w:r>
      <w:proofErr w:type="spellEnd"/>
      <w:r>
        <w:t xml:space="preserve"> e </w:t>
      </w:r>
      <w:proofErr w:type="spellStart"/>
      <w:r>
        <w:t>Procuradores</w:t>
      </w:r>
      <w:proofErr w:type="spellEnd"/>
      <w:r>
        <w:t>);</w:t>
      </w:r>
    </w:p>
    <w:p w14:paraId="7E978142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k)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envolvimento</w:t>
      </w:r>
      <w:proofErr w:type="spellEnd"/>
      <w:r>
        <w:t xml:space="preserve"> </w:t>
      </w:r>
      <w:proofErr w:type="spellStart"/>
      <w:r>
        <w:t>direto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etapa</w:t>
      </w:r>
      <w:proofErr w:type="spellEnd"/>
      <w:r>
        <w:t xml:space="preserve"> de </w:t>
      </w:r>
      <w:proofErr w:type="spellStart"/>
      <w:r>
        <w:t>elaboração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do </w:t>
      </w:r>
      <w:proofErr w:type="spellStart"/>
      <w:r>
        <w:t>Edital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etapa</w:t>
      </w:r>
      <w:proofErr w:type="spellEnd"/>
      <w:r>
        <w:t xml:space="preserve"> de </w:t>
      </w:r>
      <w:proofErr w:type="spellStart"/>
      <w:r>
        <w:t>análise</w:t>
      </w:r>
      <w:proofErr w:type="spellEnd"/>
      <w:r>
        <w:t xml:space="preserve"> e </w:t>
      </w:r>
      <w:proofErr w:type="spellStart"/>
      <w:r>
        <w:t>julgamento</w:t>
      </w:r>
      <w:proofErr w:type="spellEnd"/>
      <w:r>
        <w:t xml:space="preserve"> de </w:t>
      </w:r>
      <w:proofErr w:type="spellStart"/>
      <w:r>
        <w:t>propostas</w:t>
      </w:r>
      <w:proofErr w:type="spellEnd"/>
      <w:r>
        <w:t>/</w:t>
      </w:r>
      <w:proofErr w:type="spellStart"/>
      <w:r>
        <w:t>candidaturas</w:t>
      </w:r>
      <w:proofErr w:type="spellEnd"/>
      <w:r>
        <w:t xml:space="preserve">, </w:t>
      </w:r>
      <w:proofErr w:type="spellStart"/>
      <w:r>
        <w:t>ou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etapa</w:t>
      </w:r>
      <w:proofErr w:type="spellEnd"/>
      <w:r>
        <w:t xml:space="preserve"> de </w:t>
      </w:r>
      <w:proofErr w:type="spellStart"/>
      <w:r>
        <w:t>decisão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decorrentes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</w:t>
      </w:r>
      <w:proofErr w:type="spellStart"/>
      <w:r>
        <w:t>processo</w:t>
      </w:r>
      <w:proofErr w:type="spellEnd"/>
      <w:r>
        <w:t xml:space="preserve"> de </w:t>
      </w:r>
      <w:proofErr w:type="spellStart"/>
      <w:r>
        <w:t>seleção</w:t>
      </w:r>
      <w:proofErr w:type="spellEnd"/>
      <w:r>
        <w:t xml:space="preserve"> (</w:t>
      </w:r>
      <w:proofErr w:type="spellStart"/>
      <w:r>
        <w:t>reconhecendo</w:t>
      </w:r>
      <w:proofErr w:type="spellEnd"/>
      <w:r>
        <w:t xml:space="preserve"> que a </w:t>
      </w:r>
      <w:proofErr w:type="spellStart"/>
      <w:r>
        <w:t>mera</w:t>
      </w:r>
      <w:proofErr w:type="spellEnd"/>
      <w:r>
        <w:t xml:space="preserve"> </w:t>
      </w:r>
      <w:proofErr w:type="spellStart"/>
      <w:r>
        <w:t>participação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audiências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consultas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configura</w:t>
      </w:r>
      <w:proofErr w:type="spellEnd"/>
      <w:r>
        <w:t xml:space="preserve"> </w:t>
      </w:r>
      <w:proofErr w:type="spellStart"/>
      <w:r>
        <w:t>impedimento</w:t>
      </w:r>
      <w:proofErr w:type="spellEnd"/>
      <w:r>
        <w:t xml:space="preserve"> por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caracterizar</w:t>
      </w:r>
      <w:proofErr w:type="spellEnd"/>
      <w:r>
        <w:t xml:space="preserve"> </w:t>
      </w:r>
      <w:proofErr w:type="spellStart"/>
      <w:r>
        <w:t>elaboração</w:t>
      </w:r>
      <w:proofErr w:type="spellEnd"/>
      <w:r>
        <w:t xml:space="preserve"> </w:t>
      </w:r>
      <w:proofErr w:type="spellStart"/>
      <w:r>
        <w:t>direta</w:t>
      </w:r>
      <w:proofErr w:type="spellEnd"/>
      <w:r>
        <w:t>);</w:t>
      </w:r>
    </w:p>
    <w:p w14:paraId="1546B8CA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l) </w:t>
      </w:r>
      <w:proofErr w:type="spellStart"/>
      <w:r>
        <w:t>Não</w:t>
      </w:r>
      <w:proofErr w:type="spellEnd"/>
      <w:r>
        <w:t xml:space="preserve"> é </w:t>
      </w:r>
      <w:proofErr w:type="spellStart"/>
      <w:r>
        <w:t>cônjuge</w:t>
      </w:r>
      <w:proofErr w:type="spellEnd"/>
      <w:r>
        <w:t xml:space="preserve">, </w:t>
      </w:r>
      <w:proofErr w:type="spellStart"/>
      <w:r>
        <w:t>companheiro</w:t>
      </w:r>
      <w:proofErr w:type="spellEnd"/>
      <w:r>
        <w:t xml:space="preserve">(a) </w:t>
      </w:r>
      <w:proofErr w:type="spellStart"/>
      <w:r>
        <w:t>ou</w:t>
      </w:r>
      <w:proofErr w:type="spellEnd"/>
      <w:r>
        <w:t xml:space="preserve"> </w:t>
      </w:r>
      <w:proofErr w:type="spellStart"/>
      <w:r>
        <w:t>parente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linha</w:t>
      </w:r>
      <w:proofErr w:type="spellEnd"/>
      <w:r>
        <w:t xml:space="preserve"> </w:t>
      </w:r>
      <w:proofErr w:type="spellStart"/>
      <w:r>
        <w:t>reta</w:t>
      </w:r>
      <w:proofErr w:type="spellEnd"/>
      <w:r>
        <w:t xml:space="preserve">, </w:t>
      </w:r>
      <w:proofErr w:type="spellStart"/>
      <w:r>
        <w:t>colateral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por </w:t>
      </w:r>
      <w:proofErr w:type="spellStart"/>
      <w:r>
        <w:t>afinidade</w:t>
      </w:r>
      <w:proofErr w:type="spellEnd"/>
      <w:r>
        <w:t xml:space="preserve">, </w:t>
      </w:r>
      <w:proofErr w:type="spellStart"/>
      <w:r>
        <w:t>até</w:t>
      </w:r>
      <w:proofErr w:type="spellEnd"/>
      <w:r>
        <w:t xml:space="preserve"> o </w:t>
      </w:r>
      <w:proofErr w:type="spellStart"/>
      <w:r>
        <w:t>terceiro</w:t>
      </w:r>
      <w:proofErr w:type="spellEnd"/>
      <w:r>
        <w:t xml:space="preserve"> </w:t>
      </w:r>
      <w:proofErr w:type="spellStart"/>
      <w:r>
        <w:t>grau</w:t>
      </w:r>
      <w:proofErr w:type="spellEnd"/>
      <w:r>
        <w:t xml:space="preserve"> (o que </w:t>
      </w:r>
      <w:proofErr w:type="spellStart"/>
      <w:r>
        <w:t>inclui</w:t>
      </w:r>
      <w:proofErr w:type="spellEnd"/>
      <w:r>
        <w:t xml:space="preserve"> pai, </w:t>
      </w:r>
      <w:proofErr w:type="spellStart"/>
      <w:r>
        <w:t>mãe</w:t>
      </w:r>
      <w:proofErr w:type="spellEnd"/>
      <w:r>
        <w:t xml:space="preserve">, </w:t>
      </w:r>
      <w:proofErr w:type="spellStart"/>
      <w:r>
        <w:t>filho</w:t>
      </w:r>
      <w:proofErr w:type="spellEnd"/>
      <w:r>
        <w:t>/</w:t>
      </w:r>
      <w:proofErr w:type="spellStart"/>
      <w:r>
        <w:t>filha</w:t>
      </w:r>
      <w:proofErr w:type="spellEnd"/>
      <w:r>
        <w:t xml:space="preserve">, </w:t>
      </w:r>
      <w:proofErr w:type="spellStart"/>
      <w:r>
        <w:t>avô</w:t>
      </w:r>
      <w:proofErr w:type="spellEnd"/>
      <w:r>
        <w:t>/</w:t>
      </w:r>
      <w:proofErr w:type="spellStart"/>
      <w:r>
        <w:t>avó</w:t>
      </w:r>
      <w:proofErr w:type="spellEnd"/>
      <w:r>
        <w:t xml:space="preserve">, </w:t>
      </w:r>
      <w:proofErr w:type="spellStart"/>
      <w:r>
        <w:t>neto</w:t>
      </w:r>
      <w:proofErr w:type="spellEnd"/>
      <w:r>
        <w:t>/</w:t>
      </w:r>
      <w:proofErr w:type="spellStart"/>
      <w:r>
        <w:t>neta</w:t>
      </w:r>
      <w:proofErr w:type="spellEnd"/>
      <w:r>
        <w:t xml:space="preserve">, </w:t>
      </w:r>
      <w:proofErr w:type="spellStart"/>
      <w:r>
        <w:t>bisavô</w:t>
      </w:r>
      <w:proofErr w:type="spellEnd"/>
      <w:r>
        <w:t>/</w:t>
      </w:r>
      <w:proofErr w:type="spellStart"/>
      <w:r>
        <w:t>bisavó</w:t>
      </w:r>
      <w:proofErr w:type="spellEnd"/>
      <w:r>
        <w:t xml:space="preserve">, </w:t>
      </w:r>
      <w:proofErr w:type="spellStart"/>
      <w:r>
        <w:t>bisneto</w:t>
      </w:r>
      <w:proofErr w:type="spellEnd"/>
      <w:r>
        <w:t>/</w:t>
      </w:r>
      <w:proofErr w:type="spellStart"/>
      <w:r>
        <w:t>bisneta</w:t>
      </w:r>
      <w:proofErr w:type="spellEnd"/>
      <w:r>
        <w:t xml:space="preserve">, </w:t>
      </w:r>
      <w:proofErr w:type="spellStart"/>
      <w:r>
        <w:t>irmão</w:t>
      </w:r>
      <w:proofErr w:type="spellEnd"/>
      <w:r>
        <w:t>/</w:t>
      </w:r>
      <w:proofErr w:type="spellStart"/>
      <w:r>
        <w:t>irmã</w:t>
      </w:r>
      <w:proofErr w:type="spellEnd"/>
      <w:r>
        <w:t xml:space="preserve">, </w:t>
      </w:r>
      <w:proofErr w:type="spellStart"/>
      <w:r>
        <w:t>tio</w:t>
      </w:r>
      <w:proofErr w:type="spellEnd"/>
      <w:r>
        <w:t>/</w:t>
      </w:r>
      <w:proofErr w:type="spellStart"/>
      <w:r>
        <w:t>tia</w:t>
      </w:r>
      <w:proofErr w:type="spellEnd"/>
      <w:r>
        <w:t xml:space="preserve">, </w:t>
      </w:r>
      <w:proofErr w:type="spellStart"/>
      <w:r>
        <w:t>sobrinho</w:t>
      </w:r>
      <w:proofErr w:type="spellEnd"/>
      <w:r>
        <w:t>/</w:t>
      </w:r>
      <w:proofErr w:type="spellStart"/>
      <w:r>
        <w:t>sobrinha</w:t>
      </w:r>
      <w:proofErr w:type="spellEnd"/>
      <w:r>
        <w:t xml:space="preserve">, </w:t>
      </w:r>
      <w:proofErr w:type="spellStart"/>
      <w:r>
        <w:t>sogro</w:t>
      </w:r>
      <w:proofErr w:type="spellEnd"/>
      <w:r>
        <w:t>/</w:t>
      </w:r>
      <w:proofErr w:type="spellStart"/>
      <w:r>
        <w:t>sogra</w:t>
      </w:r>
      <w:proofErr w:type="spellEnd"/>
      <w:r>
        <w:t xml:space="preserve">, </w:t>
      </w:r>
      <w:proofErr w:type="spellStart"/>
      <w:r>
        <w:t>genro</w:t>
      </w:r>
      <w:proofErr w:type="spellEnd"/>
      <w:r>
        <w:t>/</w:t>
      </w:r>
      <w:proofErr w:type="spellStart"/>
      <w:r>
        <w:t>nora</w:t>
      </w:r>
      <w:proofErr w:type="spellEnd"/>
      <w:r>
        <w:t xml:space="preserve">, </w:t>
      </w:r>
      <w:proofErr w:type="spellStart"/>
      <w:r>
        <w:t>enteado</w:t>
      </w:r>
      <w:proofErr w:type="spellEnd"/>
      <w:r>
        <w:t>/</w:t>
      </w:r>
      <w:proofErr w:type="spellStart"/>
      <w:r>
        <w:t>enteada</w:t>
      </w:r>
      <w:proofErr w:type="spellEnd"/>
      <w:r>
        <w:t xml:space="preserve">, </w:t>
      </w:r>
      <w:proofErr w:type="spellStart"/>
      <w:r>
        <w:t>cunhado</w:t>
      </w:r>
      <w:proofErr w:type="spellEnd"/>
      <w:r>
        <w:t>/</w:t>
      </w:r>
      <w:proofErr w:type="spellStart"/>
      <w:r>
        <w:t>cunhada</w:t>
      </w:r>
      <w:proofErr w:type="spellEnd"/>
      <w:r>
        <w:t xml:space="preserve">) de </w:t>
      </w:r>
      <w:proofErr w:type="spellStart"/>
      <w:r>
        <w:t>servidor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do </w:t>
      </w:r>
      <w:proofErr w:type="spellStart"/>
      <w:r>
        <w:t>órgão</w:t>
      </w:r>
      <w:proofErr w:type="spellEnd"/>
      <w:r>
        <w:t xml:space="preserve"> </w:t>
      </w:r>
      <w:proofErr w:type="spellStart"/>
      <w:r>
        <w:t>realizador</w:t>
      </w:r>
      <w:proofErr w:type="spellEnd"/>
      <w:r>
        <w:t xml:space="preserve"> (FUNDASS) que </w:t>
      </w:r>
      <w:proofErr w:type="spellStart"/>
      <w:r>
        <w:t>tenha</w:t>
      </w:r>
      <w:proofErr w:type="spellEnd"/>
      <w:r>
        <w:t xml:space="preserve"> </w:t>
      </w:r>
      <w:proofErr w:type="spellStart"/>
      <w:r>
        <w:t>atuado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que </w:t>
      </w:r>
      <w:proofErr w:type="spellStart"/>
      <w:r>
        <w:t>venha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atuar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etapas</w:t>
      </w:r>
      <w:proofErr w:type="spellEnd"/>
      <w:r>
        <w:t xml:space="preserve"> de </w:t>
      </w:r>
      <w:proofErr w:type="spellStart"/>
      <w:r>
        <w:t>elaboração</w:t>
      </w:r>
      <w:proofErr w:type="spellEnd"/>
      <w:r>
        <w:t xml:space="preserve">, </w:t>
      </w:r>
      <w:proofErr w:type="spellStart"/>
      <w:r>
        <w:t>seleção</w:t>
      </w:r>
      <w:proofErr w:type="spellEnd"/>
      <w:r>
        <w:t xml:space="preserve"> de </w:t>
      </w:r>
      <w:proofErr w:type="spellStart"/>
      <w:r>
        <w:t>propostas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julgamento</w:t>
      </w:r>
      <w:proofErr w:type="spellEnd"/>
      <w:r>
        <w:t xml:space="preserve"> de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</w:t>
      </w:r>
      <w:proofErr w:type="spellStart"/>
      <w:r>
        <w:t>edital</w:t>
      </w:r>
      <w:proofErr w:type="spellEnd"/>
      <w:r>
        <w:t>;</w:t>
      </w:r>
    </w:p>
    <w:p w14:paraId="552BE1F1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m) </w:t>
      </w:r>
      <w:proofErr w:type="spellStart"/>
      <w:r>
        <w:t>Não</w:t>
      </w:r>
      <w:proofErr w:type="spellEnd"/>
      <w:r>
        <w:t xml:space="preserve"> é </w:t>
      </w:r>
      <w:proofErr w:type="spellStart"/>
      <w:r>
        <w:t>membro</w:t>
      </w:r>
      <w:proofErr w:type="spellEnd"/>
      <w:r>
        <w:t xml:space="preserve"> titular </w:t>
      </w:r>
      <w:proofErr w:type="spellStart"/>
      <w:r>
        <w:t>ou</w:t>
      </w:r>
      <w:proofErr w:type="spellEnd"/>
      <w:r>
        <w:t xml:space="preserve"> </w:t>
      </w:r>
      <w:proofErr w:type="spellStart"/>
      <w:r>
        <w:t>suplente</w:t>
      </w:r>
      <w:proofErr w:type="spellEnd"/>
      <w:r>
        <w:t xml:space="preserve"> e, se for o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coletivos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empresas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integrantes</w:t>
      </w:r>
      <w:proofErr w:type="spellEnd"/>
      <w:r>
        <w:t xml:space="preserve"> que </w:t>
      </w:r>
      <w:proofErr w:type="spellStart"/>
      <w:r>
        <w:t>façam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da </w:t>
      </w:r>
      <w:proofErr w:type="spellStart"/>
      <w:r>
        <w:t>Comissão</w:t>
      </w:r>
      <w:proofErr w:type="spellEnd"/>
      <w:r>
        <w:t xml:space="preserve"> de </w:t>
      </w:r>
      <w:proofErr w:type="spellStart"/>
      <w:r>
        <w:t>Seleção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da </w:t>
      </w:r>
      <w:proofErr w:type="spellStart"/>
      <w:r>
        <w:t>Comissão</w:t>
      </w:r>
      <w:proofErr w:type="spellEnd"/>
      <w:r>
        <w:t xml:space="preserve"> Municipal de </w:t>
      </w:r>
      <w:proofErr w:type="spellStart"/>
      <w:r>
        <w:t>Incentivo</w:t>
      </w:r>
      <w:proofErr w:type="spellEnd"/>
      <w:r>
        <w:t xml:space="preserve"> à </w:t>
      </w:r>
      <w:proofErr w:type="spellStart"/>
      <w:r>
        <w:t>Cultura</w:t>
      </w:r>
      <w:proofErr w:type="spellEnd"/>
      <w:r>
        <w:t xml:space="preserve"> (CMIC - PNAB </w:t>
      </w:r>
      <w:proofErr w:type="spellStart"/>
      <w:r>
        <w:t>Ciclo</w:t>
      </w:r>
      <w:proofErr w:type="spellEnd"/>
      <w:r>
        <w:t xml:space="preserve"> 2), </w:t>
      </w:r>
      <w:proofErr w:type="spellStart"/>
      <w:r>
        <w:t>ciente</w:t>
      </w:r>
      <w:proofErr w:type="spellEnd"/>
      <w:r>
        <w:t xml:space="preserve"> de que </w:t>
      </w:r>
      <w:proofErr w:type="spellStart"/>
      <w:r>
        <w:t>qualquer</w:t>
      </w:r>
      <w:proofErr w:type="spellEnd"/>
      <w:r>
        <w:t xml:space="preserve"> </w:t>
      </w:r>
      <w:proofErr w:type="spellStart"/>
      <w:r>
        <w:t>situação</w:t>
      </w:r>
      <w:proofErr w:type="spellEnd"/>
      <w:r>
        <w:t xml:space="preserve"> de </w:t>
      </w:r>
      <w:proofErr w:type="spellStart"/>
      <w:r>
        <w:t>impedimento</w:t>
      </w:r>
      <w:proofErr w:type="spellEnd"/>
      <w:r>
        <w:t xml:space="preserve"> </w:t>
      </w:r>
      <w:proofErr w:type="spellStart"/>
      <w:r>
        <w:t>deve</w:t>
      </w:r>
      <w:proofErr w:type="spellEnd"/>
      <w:r>
        <w:t xml:space="preserve"> ser </w:t>
      </w:r>
      <w:proofErr w:type="spellStart"/>
      <w:r>
        <w:t>declarada</w:t>
      </w:r>
      <w:proofErr w:type="spellEnd"/>
      <w:r>
        <w:t xml:space="preserve"> </w:t>
      </w:r>
      <w:proofErr w:type="spellStart"/>
      <w:r>
        <w:t>imediatamente</w:t>
      </w:r>
      <w:proofErr w:type="spellEnd"/>
      <w:r>
        <w:t xml:space="preserve"> sob </w:t>
      </w:r>
      <w:proofErr w:type="spellStart"/>
      <w:r>
        <w:t>pena</w:t>
      </w:r>
      <w:proofErr w:type="spellEnd"/>
      <w:r>
        <w:t xml:space="preserve"> de </w:t>
      </w:r>
      <w:proofErr w:type="spellStart"/>
      <w:r>
        <w:t>nulidade</w:t>
      </w:r>
      <w:proofErr w:type="spellEnd"/>
      <w:r>
        <w:t xml:space="preserve"> dos </w:t>
      </w:r>
      <w:proofErr w:type="spellStart"/>
      <w:r>
        <w:t>atos</w:t>
      </w:r>
      <w:proofErr w:type="spellEnd"/>
      <w:r>
        <w:t xml:space="preserve"> </w:t>
      </w:r>
      <w:proofErr w:type="spellStart"/>
      <w:r>
        <w:t>praticados</w:t>
      </w:r>
      <w:proofErr w:type="spellEnd"/>
      <w:r>
        <w:t>;</w:t>
      </w:r>
    </w:p>
    <w:p w14:paraId="0F87BC1C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n) </w:t>
      </w:r>
      <w:r>
        <w:t xml:space="preserve">No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inscrição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Editais</w:t>
      </w:r>
      <w:proofErr w:type="spellEnd"/>
      <w:r>
        <w:t xml:space="preserve"> de </w:t>
      </w:r>
      <w:proofErr w:type="spellStart"/>
      <w:r>
        <w:t>Subsídio</w:t>
      </w:r>
      <w:proofErr w:type="spellEnd"/>
      <w:r>
        <w:t xml:space="preserve"> a </w:t>
      </w:r>
      <w:proofErr w:type="spellStart"/>
      <w:r>
        <w:t>Espaços</w:t>
      </w:r>
      <w:proofErr w:type="spellEnd"/>
      <w:r>
        <w:t xml:space="preserve">, Ambientes e </w:t>
      </w:r>
      <w:proofErr w:type="spellStart"/>
      <w:r>
        <w:t>Iniciativas</w:t>
      </w:r>
      <w:proofErr w:type="spellEnd"/>
      <w:r>
        <w:t xml:space="preserve"> </w:t>
      </w:r>
      <w:proofErr w:type="spellStart"/>
      <w:r>
        <w:t>Artístico-Culturais</w:t>
      </w:r>
      <w:proofErr w:type="spellEnd"/>
      <w:r>
        <w:t xml:space="preserve">: </w:t>
      </w:r>
      <w:proofErr w:type="spellStart"/>
      <w:r>
        <w:t>declara</w:t>
      </w:r>
      <w:proofErr w:type="spellEnd"/>
      <w:r>
        <w:t xml:space="preserve">-se </w:t>
      </w:r>
      <w:proofErr w:type="spellStart"/>
      <w:r>
        <w:t>ciente</w:t>
      </w:r>
      <w:proofErr w:type="spellEnd"/>
      <w:r>
        <w:t xml:space="preserve"> de que </w:t>
      </w:r>
      <w:proofErr w:type="spellStart"/>
      <w:r>
        <w:t>o</w:t>
      </w:r>
      <w:proofErr w:type="spellEnd"/>
      <w:r>
        <w:t xml:space="preserve"> </w:t>
      </w:r>
      <w:proofErr w:type="spellStart"/>
      <w:r>
        <w:t>benefício</w:t>
      </w:r>
      <w:proofErr w:type="spellEnd"/>
      <w:r>
        <w:t xml:space="preserve"> </w:t>
      </w:r>
      <w:proofErr w:type="spellStart"/>
      <w:r>
        <w:t>destina</w:t>
      </w:r>
      <w:proofErr w:type="spellEnd"/>
      <w:r>
        <w:t xml:space="preserve">-se </w:t>
      </w:r>
      <w:proofErr w:type="spellStart"/>
      <w:r>
        <w:t>exclusivamente</w:t>
      </w:r>
      <w:proofErr w:type="spellEnd"/>
      <w:r>
        <w:t xml:space="preserve"> à </w:t>
      </w:r>
      <w:proofErr w:type="spellStart"/>
      <w:r>
        <w:t>manutenção</w:t>
      </w:r>
      <w:proofErr w:type="spellEnd"/>
      <w:r>
        <w:t xml:space="preserve"> da </w:t>
      </w:r>
      <w:proofErr w:type="spellStart"/>
      <w:r>
        <w:t>gestão</w:t>
      </w:r>
      <w:proofErr w:type="spellEnd"/>
      <w:r>
        <w:t xml:space="preserve"> </w:t>
      </w:r>
      <w:proofErr w:type="spellStart"/>
      <w:r>
        <w:t>responsável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espaço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</w:t>
      </w:r>
      <w:proofErr w:type="spellStart"/>
      <w:r>
        <w:t>expressamente</w:t>
      </w:r>
      <w:proofErr w:type="spellEnd"/>
      <w:r>
        <w:t xml:space="preserve"> </w:t>
      </w:r>
      <w:proofErr w:type="spellStart"/>
      <w:r>
        <w:t>proibido</w:t>
      </w:r>
      <w:proofErr w:type="spellEnd"/>
      <w:r>
        <w:t xml:space="preserve"> o </w:t>
      </w:r>
      <w:proofErr w:type="spellStart"/>
      <w:r>
        <w:t>recebimento</w:t>
      </w:r>
      <w:proofErr w:type="spellEnd"/>
      <w:r>
        <w:t xml:space="preserve"> </w:t>
      </w:r>
      <w:proofErr w:type="spellStart"/>
      <w:r>
        <w:t>cumulativo</w:t>
      </w:r>
      <w:proofErr w:type="spellEnd"/>
      <w:r>
        <w:t xml:space="preserve"> de </w:t>
      </w:r>
      <w:proofErr w:type="spellStart"/>
      <w:r>
        <w:t>subsídios</w:t>
      </w:r>
      <w:proofErr w:type="spellEnd"/>
      <w:r>
        <w:t xml:space="preserve">, </w:t>
      </w:r>
      <w:proofErr w:type="spellStart"/>
      <w:r>
        <w:t>ainda</w:t>
      </w:r>
      <w:proofErr w:type="spellEnd"/>
      <w:r>
        <w:t xml:space="preserve"> que </w:t>
      </w:r>
      <w:proofErr w:type="spellStart"/>
      <w:r>
        <w:t>o</w:t>
      </w:r>
      <w:proofErr w:type="spellEnd"/>
      <w:r>
        <w:t xml:space="preserve"> </w:t>
      </w:r>
      <w:proofErr w:type="spellStart"/>
      <w:r>
        <w:t>proponente</w:t>
      </w:r>
      <w:proofErr w:type="spellEnd"/>
      <w:r>
        <w:t xml:space="preserve"> </w:t>
      </w:r>
      <w:proofErr w:type="spellStart"/>
      <w:r>
        <w:t>gerencie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de um </w:t>
      </w:r>
      <w:proofErr w:type="spellStart"/>
      <w:r>
        <w:t>espaço</w:t>
      </w:r>
      <w:proofErr w:type="spellEnd"/>
      <w:r>
        <w:t xml:space="preserve">, e de que é </w:t>
      </w:r>
      <w:proofErr w:type="spellStart"/>
      <w:r>
        <w:t>vedada</w:t>
      </w:r>
      <w:proofErr w:type="spellEnd"/>
      <w:r>
        <w:t xml:space="preserve"> a </w:t>
      </w:r>
      <w:proofErr w:type="spellStart"/>
      <w:r>
        <w:t>duplicidade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sobreposição</w:t>
      </w:r>
      <w:proofErr w:type="spellEnd"/>
      <w:r>
        <w:t xml:space="preserve"> de </w:t>
      </w:r>
      <w:proofErr w:type="spellStart"/>
      <w:r>
        <w:t>fontes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de </w:t>
      </w:r>
      <w:proofErr w:type="spellStart"/>
      <w:r>
        <w:t>fomento</w:t>
      </w:r>
      <w:proofErr w:type="spellEnd"/>
      <w:r>
        <w:t xml:space="preserve"> para o </w:t>
      </w:r>
      <w:proofErr w:type="spellStart"/>
      <w:r>
        <w:t>custeio</w:t>
      </w:r>
      <w:proofErr w:type="spellEnd"/>
      <w:r>
        <w:t xml:space="preserve"> de um </w:t>
      </w:r>
      <w:proofErr w:type="spellStart"/>
      <w:r>
        <w:t>mesmo</w:t>
      </w:r>
      <w:proofErr w:type="spellEnd"/>
      <w:r>
        <w:t xml:space="preserve"> item de </w:t>
      </w:r>
      <w:proofErr w:type="spellStart"/>
      <w:r>
        <w:t>despesa</w:t>
      </w:r>
      <w:proofErr w:type="spellEnd"/>
      <w:r>
        <w:t>;</w:t>
      </w:r>
    </w:p>
    <w:p w14:paraId="654844AD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o) </w:t>
      </w:r>
      <w:proofErr w:type="spellStart"/>
      <w:r>
        <w:t>Declara</w:t>
      </w:r>
      <w:proofErr w:type="spellEnd"/>
      <w:r>
        <w:t xml:space="preserve"> sob as </w:t>
      </w:r>
      <w:proofErr w:type="spellStart"/>
      <w:r>
        <w:t>penas</w:t>
      </w:r>
      <w:proofErr w:type="spellEnd"/>
      <w:r>
        <w:t xml:space="preserve"> da lei que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pendências</w:t>
      </w:r>
      <w:proofErr w:type="spellEnd"/>
      <w:r>
        <w:t xml:space="preserve"> </w:t>
      </w:r>
      <w:proofErr w:type="spellStart"/>
      <w:r>
        <w:t>fiscais</w:t>
      </w:r>
      <w:proofErr w:type="spellEnd"/>
      <w:r>
        <w:t xml:space="preserve">, </w:t>
      </w:r>
      <w:proofErr w:type="spellStart"/>
      <w:r>
        <w:t>administrativas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débitos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regularizados</w:t>
      </w:r>
      <w:proofErr w:type="spellEnd"/>
      <w:r>
        <w:t xml:space="preserve"> com a </w:t>
      </w:r>
      <w:proofErr w:type="spellStart"/>
      <w:r>
        <w:t>União</w:t>
      </w:r>
      <w:proofErr w:type="spellEnd"/>
      <w:r>
        <w:t xml:space="preserve"> e com o </w:t>
      </w:r>
      <w:proofErr w:type="spellStart"/>
      <w:r>
        <w:t>Município</w:t>
      </w:r>
      <w:proofErr w:type="spellEnd"/>
      <w:r>
        <w:t xml:space="preserve"> de São </w:t>
      </w:r>
      <w:proofErr w:type="spellStart"/>
      <w:r>
        <w:t>Sebastião</w:t>
      </w:r>
      <w:proofErr w:type="spellEnd"/>
      <w:r>
        <w:t xml:space="preserve">/FUNDASS que </w:t>
      </w:r>
      <w:proofErr w:type="spellStart"/>
      <w:r>
        <w:t>caracterizem</w:t>
      </w:r>
      <w:proofErr w:type="spellEnd"/>
      <w:r>
        <w:t xml:space="preserve"> </w:t>
      </w:r>
      <w:proofErr w:type="spellStart"/>
      <w:r>
        <w:t>impedimento</w:t>
      </w:r>
      <w:proofErr w:type="spellEnd"/>
      <w:r>
        <w:t xml:space="preserve"> legal para a </w:t>
      </w:r>
      <w:proofErr w:type="spellStart"/>
      <w:r>
        <w:t>celebração</w:t>
      </w:r>
      <w:proofErr w:type="spellEnd"/>
      <w:r>
        <w:t xml:space="preserve"> de </w:t>
      </w:r>
      <w:proofErr w:type="spellStart"/>
      <w:r>
        <w:t>instrumentos</w:t>
      </w:r>
      <w:proofErr w:type="spellEnd"/>
      <w:r>
        <w:t xml:space="preserve"> de </w:t>
      </w:r>
      <w:proofErr w:type="spellStart"/>
      <w:r>
        <w:t>repasse</w:t>
      </w:r>
      <w:proofErr w:type="spellEnd"/>
      <w:r>
        <w:t xml:space="preserve"> de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estando</w:t>
      </w:r>
      <w:proofErr w:type="spellEnd"/>
      <w:r>
        <w:t xml:space="preserve"> </w:t>
      </w:r>
      <w:proofErr w:type="spellStart"/>
      <w:r>
        <w:t>ciente</w:t>
      </w:r>
      <w:proofErr w:type="spellEnd"/>
      <w:r>
        <w:t xml:space="preserve"> de que a </w:t>
      </w:r>
      <w:proofErr w:type="spellStart"/>
      <w:r>
        <w:t>constatação</w:t>
      </w:r>
      <w:proofErr w:type="spellEnd"/>
      <w:r>
        <w:t xml:space="preserve"> de </w:t>
      </w:r>
      <w:proofErr w:type="spellStart"/>
      <w:r>
        <w:t>débito</w:t>
      </w:r>
      <w:proofErr w:type="spellEnd"/>
      <w:r>
        <w:t xml:space="preserve"> </w:t>
      </w:r>
      <w:proofErr w:type="spellStart"/>
      <w:r>
        <w:t>ativo</w:t>
      </w:r>
      <w:proofErr w:type="spellEnd"/>
      <w:r>
        <w:t xml:space="preserve"> </w:t>
      </w:r>
      <w:proofErr w:type="spellStart"/>
      <w:r>
        <w:t>inviabilizará</w:t>
      </w:r>
      <w:proofErr w:type="spellEnd"/>
      <w:r>
        <w:t xml:space="preserve"> o </w:t>
      </w:r>
      <w:proofErr w:type="spellStart"/>
      <w:r>
        <w:t>pagamento</w:t>
      </w:r>
      <w:proofErr w:type="spellEnd"/>
      <w:r>
        <w:t xml:space="preserve"> dos </w:t>
      </w:r>
      <w:proofErr w:type="spellStart"/>
      <w:r>
        <w:t>recursos</w:t>
      </w:r>
      <w:proofErr w:type="spellEnd"/>
      <w:r>
        <w:t>;</w:t>
      </w:r>
    </w:p>
    <w:p w14:paraId="207F9E21" w14:textId="77777777" w:rsidR="004D6241" w:rsidRDefault="00937412">
      <w:pPr>
        <w:spacing w:after="100"/>
        <w:ind w:left="720" w:hanging="360"/>
        <w:jc w:val="both"/>
      </w:pPr>
      <w:r>
        <w:rPr>
          <w:b/>
        </w:rPr>
        <w:t xml:space="preserve">p) </w:t>
      </w:r>
      <w:proofErr w:type="spellStart"/>
      <w:r>
        <w:t>Encontra</w:t>
      </w:r>
      <w:proofErr w:type="spellEnd"/>
      <w:r>
        <w:t xml:space="preserve">-se </w:t>
      </w:r>
      <w:proofErr w:type="spellStart"/>
      <w:r>
        <w:t>em</w:t>
      </w:r>
      <w:proofErr w:type="spellEnd"/>
      <w:r>
        <w:t xml:space="preserve"> </w:t>
      </w:r>
      <w:proofErr w:type="spellStart"/>
      <w:r>
        <w:t>situação</w:t>
      </w:r>
      <w:proofErr w:type="spellEnd"/>
      <w:r>
        <w:t xml:space="preserve"> de plena </w:t>
      </w:r>
      <w:proofErr w:type="spellStart"/>
      <w:r>
        <w:t>regularidade</w:t>
      </w:r>
      <w:proofErr w:type="spellEnd"/>
      <w:r>
        <w:t xml:space="preserve"> </w:t>
      </w:r>
      <w:proofErr w:type="spellStart"/>
      <w:r>
        <w:t>quanto</w:t>
      </w:r>
      <w:proofErr w:type="spellEnd"/>
      <w:r>
        <w:t xml:space="preserve"> à </w:t>
      </w:r>
      <w:proofErr w:type="spellStart"/>
      <w:r>
        <w:t>prestação</w:t>
      </w:r>
      <w:proofErr w:type="spellEnd"/>
      <w:r>
        <w:t xml:space="preserve"> de </w:t>
      </w:r>
      <w:proofErr w:type="spellStart"/>
      <w:r>
        <w:t>contas</w:t>
      </w:r>
      <w:proofErr w:type="spellEnd"/>
      <w:r>
        <w:t xml:space="preserve"> de </w:t>
      </w:r>
      <w:proofErr w:type="spellStart"/>
      <w:r>
        <w:t>editais</w:t>
      </w:r>
      <w:proofErr w:type="spellEnd"/>
      <w:r>
        <w:t xml:space="preserve">, </w:t>
      </w:r>
      <w:proofErr w:type="spellStart"/>
      <w:r>
        <w:t>convênios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parcerias</w:t>
      </w:r>
      <w:proofErr w:type="spellEnd"/>
      <w:r>
        <w:t xml:space="preserve"> de </w:t>
      </w:r>
      <w:proofErr w:type="spellStart"/>
      <w:r>
        <w:t>fomento</w:t>
      </w:r>
      <w:proofErr w:type="spellEnd"/>
      <w:r>
        <w:t xml:space="preserve"> cultural </w:t>
      </w:r>
      <w:proofErr w:type="spellStart"/>
      <w:r>
        <w:t>anteriores</w:t>
      </w:r>
      <w:proofErr w:type="spellEnd"/>
      <w:r>
        <w:t xml:space="preserve"> </w:t>
      </w:r>
      <w:proofErr w:type="spellStart"/>
      <w:r>
        <w:t>promovidos</w:t>
      </w:r>
      <w:proofErr w:type="spellEnd"/>
      <w:r>
        <w:t xml:space="preserve"> pela FUNDASS, </w:t>
      </w:r>
      <w:proofErr w:type="spellStart"/>
      <w:r>
        <w:t>pelo</w:t>
      </w:r>
      <w:proofErr w:type="spellEnd"/>
      <w:r>
        <w:t xml:space="preserve"> Fundo Municipal de </w:t>
      </w:r>
      <w:proofErr w:type="spellStart"/>
      <w:r>
        <w:t>Cultura</w:t>
      </w:r>
      <w:proofErr w:type="spellEnd"/>
      <w:r>
        <w:t xml:space="preserve"> de São </w:t>
      </w:r>
      <w:proofErr w:type="spellStart"/>
      <w:r>
        <w:t>Sebastião</w:t>
      </w:r>
      <w:proofErr w:type="spellEnd"/>
      <w:r>
        <w:t xml:space="preserve"> (FMC) </w:t>
      </w:r>
      <w:proofErr w:type="spellStart"/>
      <w:r>
        <w:t>ou</w:t>
      </w:r>
      <w:proofErr w:type="spellEnd"/>
      <w:r>
        <w:t xml:space="preserve"> por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federais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apresentando</w:t>
      </w:r>
      <w:proofErr w:type="spellEnd"/>
      <w:r>
        <w:t xml:space="preserve"> </w:t>
      </w:r>
      <w:proofErr w:type="spellStart"/>
      <w:r>
        <w:t>qualquer</w:t>
      </w:r>
      <w:proofErr w:type="spellEnd"/>
      <w:r>
        <w:t xml:space="preserve"> </w:t>
      </w:r>
      <w:proofErr w:type="spellStart"/>
      <w:r>
        <w:t>inadimplência</w:t>
      </w:r>
      <w:proofErr w:type="spellEnd"/>
      <w:r>
        <w:t xml:space="preserve"> </w:t>
      </w:r>
      <w:proofErr w:type="spellStart"/>
      <w:r>
        <w:t>ativa</w:t>
      </w:r>
      <w:proofErr w:type="spellEnd"/>
      <w:r>
        <w:t xml:space="preserve"> junto à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>.</w:t>
      </w:r>
    </w:p>
    <w:p w14:paraId="5AE22670" w14:textId="77777777" w:rsidR="004D6241" w:rsidRDefault="00937412">
      <w:pPr>
        <w:spacing w:before="280" w:after="400"/>
        <w:jc w:val="both"/>
      </w:pPr>
      <w:r>
        <w:t xml:space="preserve">Por ser </w:t>
      </w:r>
      <w:proofErr w:type="gramStart"/>
      <w:r>
        <w:t>a</w:t>
      </w:r>
      <w:proofErr w:type="gramEnd"/>
      <w:r>
        <w:t xml:space="preserve"> </w:t>
      </w:r>
      <w:proofErr w:type="spellStart"/>
      <w:r>
        <w:t>expressão</w:t>
      </w:r>
      <w:proofErr w:type="spellEnd"/>
      <w:r>
        <w:t xml:space="preserve"> </w:t>
      </w:r>
      <w:proofErr w:type="spellStart"/>
      <w:r>
        <w:t>fiel</w:t>
      </w:r>
      <w:proofErr w:type="spellEnd"/>
      <w:r>
        <w:t xml:space="preserve"> da </w:t>
      </w:r>
      <w:proofErr w:type="spellStart"/>
      <w:r>
        <w:t>verdade</w:t>
      </w:r>
      <w:proofErr w:type="spellEnd"/>
      <w:r>
        <w:t xml:space="preserve"> e sob </w:t>
      </w:r>
      <w:proofErr w:type="spellStart"/>
      <w:r>
        <w:t>inteira</w:t>
      </w:r>
      <w:proofErr w:type="spellEnd"/>
      <w:r>
        <w:t xml:space="preserve"> </w:t>
      </w:r>
      <w:proofErr w:type="spellStart"/>
      <w:r>
        <w:t>responsabilidade</w:t>
      </w:r>
      <w:proofErr w:type="spellEnd"/>
      <w:r>
        <w:t xml:space="preserve"> civil e criminal </w:t>
      </w:r>
      <w:proofErr w:type="spellStart"/>
      <w:r>
        <w:t>pelas</w:t>
      </w:r>
      <w:proofErr w:type="spellEnd"/>
      <w:r>
        <w:t xml:space="preserve"> </w:t>
      </w:r>
      <w:proofErr w:type="spellStart"/>
      <w:r>
        <w:t>informações</w:t>
      </w:r>
      <w:proofErr w:type="spellEnd"/>
      <w:r>
        <w:t xml:space="preserve"> </w:t>
      </w:r>
      <w:proofErr w:type="spellStart"/>
      <w:r>
        <w:t>prestadas</w:t>
      </w:r>
      <w:proofErr w:type="spellEnd"/>
      <w:r>
        <w:t xml:space="preserve">, </w:t>
      </w:r>
      <w:proofErr w:type="spellStart"/>
      <w:r>
        <w:t>firma</w:t>
      </w:r>
      <w:proofErr w:type="spellEnd"/>
      <w:r>
        <w:t xml:space="preserve">-se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declaração</w:t>
      </w:r>
      <w:proofErr w:type="spellEnd"/>
      <w:r>
        <w:t xml:space="preserve"> para que </w:t>
      </w:r>
      <w:proofErr w:type="spellStart"/>
      <w:r>
        <w:t>produza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efeitos</w:t>
      </w:r>
      <w:proofErr w:type="spellEnd"/>
      <w:r>
        <w:t xml:space="preserve"> </w:t>
      </w:r>
      <w:proofErr w:type="spellStart"/>
      <w:r>
        <w:t>legais</w:t>
      </w:r>
      <w:proofErr w:type="spellEnd"/>
      <w:r>
        <w:t xml:space="preserve"> de </w:t>
      </w:r>
      <w:proofErr w:type="spellStart"/>
      <w:r>
        <w:t>direito</w:t>
      </w:r>
      <w:proofErr w:type="spellEnd"/>
      <w:r>
        <w:t>.</w:t>
      </w:r>
    </w:p>
    <w:p w14:paraId="30E97759" w14:textId="77777777" w:rsidR="004D6241" w:rsidRDefault="00937412" w:rsidP="00051B75">
      <w:pPr>
        <w:spacing w:after="720"/>
        <w:jc w:val="center"/>
      </w:pPr>
      <w:r>
        <w:t xml:space="preserve">São </w:t>
      </w:r>
      <w:proofErr w:type="spellStart"/>
      <w:r>
        <w:t>Sebastião</w:t>
      </w:r>
      <w:proofErr w:type="spellEnd"/>
      <w:r>
        <w:t xml:space="preserve"> / SP, ______ de __________________________ </w:t>
      </w:r>
      <w:proofErr w:type="spellStart"/>
      <w:r>
        <w:t>de</w:t>
      </w:r>
      <w:proofErr w:type="spellEnd"/>
      <w:r>
        <w:t xml:space="preserve"> 2026.</w:t>
      </w:r>
    </w:p>
    <w:p w14:paraId="079450F3" w14:textId="77777777" w:rsidR="004D6241" w:rsidRDefault="00937412" w:rsidP="00051B75">
      <w:pPr>
        <w:spacing w:after="80"/>
        <w:jc w:val="center"/>
      </w:pPr>
      <w:r>
        <w:rPr>
          <w:b/>
        </w:rPr>
        <w:t>____________________________________________________________________</w:t>
      </w:r>
      <w:r>
        <w:rPr>
          <w:b/>
        </w:rPr>
        <w:br/>
      </w:r>
    </w:p>
    <w:p w14:paraId="5FF235EB" w14:textId="6B574899" w:rsidR="004D6241" w:rsidRDefault="00937412" w:rsidP="00051B75">
      <w:pPr>
        <w:spacing w:after="400"/>
        <w:jc w:val="center"/>
      </w:pPr>
      <w:proofErr w:type="spellStart"/>
      <w:r>
        <w:rPr>
          <w:b/>
          <w:sz w:val="20"/>
        </w:rPr>
        <w:t>Assinatura</w:t>
      </w:r>
      <w:proofErr w:type="spellEnd"/>
      <w:r>
        <w:rPr>
          <w:b/>
          <w:sz w:val="20"/>
        </w:rPr>
        <w:t xml:space="preserve"> do(a) </w:t>
      </w:r>
      <w:proofErr w:type="spellStart"/>
      <w:r>
        <w:rPr>
          <w:b/>
          <w:sz w:val="20"/>
        </w:rPr>
        <w:t>Agente</w:t>
      </w:r>
      <w:proofErr w:type="spellEnd"/>
      <w:r>
        <w:rPr>
          <w:b/>
          <w:sz w:val="20"/>
        </w:rPr>
        <w:t xml:space="preserve"> </w:t>
      </w:r>
      <w:proofErr w:type="spellStart"/>
      <w:r w:rsidR="00B830F3">
        <w:rPr>
          <w:b/>
          <w:sz w:val="20"/>
        </w:rPr>
        <w:t>Proponente</w:t>
      </w:r>
      <w:proofErr w:type="spellEnd"/>
      <w:r>
        <w:rPr>
          <w:b/>
          <w:sz w:val="20"/>
        </w:rPr>
        <w:t xml:space="preserve"> </w:t>
      </w:r>
      <w:r w:rsidR="00B830F3">
        <w:rPr>
          <w:b/>
          <w:sz w:val="20"/>
        </w:rPr>
        <w:t>e</w:t>
      </w:r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Representante</w:t>
      </w:r>
      <w:proofErr w:type="spellEnd"/>
      <w:r>
        <w:rPr>
          <w:b/>
          <w:sz w:val="20"/>
        </w:rPr>
        <w:t xml:space="preserve"> Legal</w:t>
      </w:r>
      <w:r w:rsidR="00B830F3">
        <w:rPr>
          <w:b/>
          <w:sz w:val="20"/>
        </w:rPr>
        <w:t xml:space="preserve"> (</w:t>
      </w:r>
      <w:proofErr w:type="spellStart"/>
      <w:r w:rsidR="00B830F3">
        <w:rPr>
          <w:b/>
          <w:sz w:val="20"/>
        </w:rPr>
        <w:t>quando</w:t>
      </w:r>
      <w:proofErr w:type="spellEnd"/>
      <w:r w:rsidR="00B830F3">
        <w:rPr>
          <w:b/>
          <w:sz w:val="20"/>
        </w:rPr>
        <w:t xml:space="preserve"> for o </w:t>
      </w:r>
      <w:proofErr w:type="spellStart"/>
      <w:r w:rsidR="00B830F3">
        <w:rPr>
          <w:b/>
          <w:sz w:val="20"/>
        </w:rPr>
        <w:t>caso</w:t>
      </w:r>
      <w:proofErr w:type="spellEnd"/>
      <w:r w:rsidR="00B830F3">
        <w:rPr>
          <w:b/>
          <w:sz w:val="20"/>
        </w:rPr>
        <w:t>)</w:t>
      </w:r>
      <w:r>
        <w:rPr>
          <w:b/>
          <w:sz w:val="20"/>
        </w:rPr>
        <w:br/>
      </w:r>
      <w:r>
        <w:rPr>
          <w:color w:val="555555"/>
          <w:sz w:val="19"/>
        </w:rPr>
        <w:t xml:space="preserve">Nome </w:t>
      </w:r>
      <w:proofErr w:type="spellStart"/>
      <w:r>
        <w:rPr>
          <w:color w:val="555555"/>
          <w:sz w:val="19"/>
        </w:rPr>
        <w:t>Completo</w:t>
      </w:r>
      <w:proofErr w:type="spellEnd"/>
      <w:r>
        <w:rPr>
          <w:color w:val="555555"/>
          <w:sz w:val="19"/>
        </w:rPr>
        <w:t>: ___________________________________________________</w:t>
      </w:r>
      <w:r>
        <w:rPr>
          <w:color w:val="555555"/>
          <w:sz w:val="19"/>
        </w:rPr>
        <w:br/>
        <w:t xml:space="preserve">CPF do </w:t>
      </w:r>
      <w:proofErr w:type="spellStart"/>
      <w:r>
        <w:rPr>
          <w:color w:val="555555"/>
          <w:sz w:val="19"/>
        </w:rPr>
        <w:t>Signatário</w:t>
      </w:r>
      <w:proofErr w:type="spellEnd"/>
      <w:r>
        <w:rPr>
          <w:color w:val="555555"/>
          <w:sz w:val="19"/>
        </w:rPr>
        <w:t>: _________________________________________________</w:t>
      </w:r>
    </w:p>
    <w:p w14:paraId="6A0B68B0" w14:textId="77777777" w:rsidR="004D6241" w:rsidRDefault="00937412">
      <w:pPr>
        <w:spacing w:before="200"/>
        <w:jc w:val="both"/>
      </w:pPr>
      <w:r>
        <w:rPr>
          <w:i/>
          <w:color w:val="990000"/>
          <w:sz w:val="17"/>
        </w:rPr>
        <w:t xml:space="preserve">ATENÇÃO: A </w:t>
      </w:r>
      <w:proofErr w:type="spellStart"/>
      <w:r>
        <w:rPr>
          <w:i/>
          <w:color w:val="990000"/>
          <w:sz w:val="17"/>
        </w:rPr>
        <w:t>falsidade</w:t>
      </w:r>
      <w:proofErr w:type="spellEnd"/>
      <w:r>
        <w:rPr>
          <w:i/>
          <w:color w:val="990000"/>
          <w:sz w:val="17"/>
        </w:rPr>
        <w:t xml:space="preserve"> de </w:t>
      </w:r>
      <w:proofErr w:type="spellStart"/>
      <w:r>
        <w:rPr>
          <w:i/>
          <w:color w:val="990000"/>
          <w:sz w:val="17"/>
        </w:rPr>
        <w:t>informações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prestadas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nesta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declaração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constitui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infração</w:t>
      </w:r>
      <w:proofErr w:type="spellEnd"/>
      <w:r>
        <w:rPr>
          <w:i/>
          <w:color w:val="990000"/>
          <w:sz w:val="17"/>
        </w:rPr>
        <w:t xml:space="preserve"> grave, </w:t>
      </w:r>
      <w:proofErr w:type="spellStart"/>
      <w:r>
        <w:rPr>
          <w:i/>
          <w:color w:val="990000"/>
          <w:sz w:val="17"/>
        </w:rPr>
        <w:t>sujeitando</w:t>
      </w:r>
      <w:proofErr w:type="spellEnd"/>
      <w:r>
        <w:rPr>
          <w:i/>
          <w:color w:val="990000"/>
          <w:sz w:val="17"/>
        </w:rPr>
        <w:t xml:space="preserve"> o </w:t>
      </w:r>
      <w:proofErr w:type="spellStart"/>
      <w:r>
        <w:rPr>
          <w:i/>
          <w:color w:val="990000"/>
          <w:sz w:val="17"/>
        </w:rPr>
        <w:t>proponente</w:t>
      </w:r>
      <w:proofErr w:type="spellEnd"/>
      <w:r>
        <w:rPr>
          <w:i/>
          <w:color w:val="990000"/>
          <w:sz w:val="17"/>
        </w:rPr>
        <w:t xml:space="preserve"> à </w:t>
      </w:r>
      <w:proofErr w:type="spellStart"/>
      <w:r>
        <w:rPr>
          <w:i/>
          <w:color w:val="990000"/>
          <w:sz w:val="17"/>
        </w:rPr>
        <w:t>desclassificação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imediata</w:t>
      </w:r>
      <w:proofErr w:type="spellEnd"/>
      <w:r>
        <w:rPr>
          <w:i/>
          <w:color w:val="990000"/>
          <w:sz w:val="17"/>
        </w:rPr>
        <w:t xml:space="preserve"> do </w:t>
      </w:r>
      <w:proofErr w:type="spellStart"/>
      <w:r>
        <w:rPr>
          <w:i/>
          <w:color w:val="990000"/>
          <w:sz w:val="17"/>
        </w:rPr>
        <w:t>Edital</w:t>
      </w:r>
      <w:proofErr w:type="spellEnd"/>
      <w:r>
        <w:rPr>
          <w:i/>
          <w:color w:val="990000"/>
          <w:sz w:val="17"/>
        </w:rPr>
        <w:t xml:space="preserve">, à </w:t>
      </w:r>
      <w:proofErr w:type="spellStart"/>
      <w:r>
        <w:rPr>
          <w:i/>
          <w:color w:val="990000"/>
          <w:sz w:val="17"/>
        </w:rPr>
        <w:t>obrigação</w:t>
      </w:r>
      <w:proofErr w:type="spellEnd"/>
      <w:r>
        <w:rPr>
          <w:i/>
          <w:color w:val="990000"/>
          <w:sz w:val="17"/>
        </w:rPr>
        <w:t xml:space="preserve"> de </w:t>
      </w:r>
      <w:proofErr w:type="spellStart"/>
      <w:r>
        <w:rPr>
          <w:i/>
          <w:color w:val="990000"/>
          <w:sz w:val="17"/>
        </w:rPr>
        <w:t>devolução</w:t>
      </w:r>
      <w:proofErr w:type="spellEnd"/>
      <w:r>
        <w:rPr>
          <w:i/>
          <w:color w:val="990000"/>
          <w:sz w:val="17"/>
        </w:rPr>
        <w:t xml:space="preserve"> integral dos </w:t>
      </w:r>
      <w:proofErr w:type="spellStart"/>
      <w:r>
        <w:rPr>
          <w:i/>
          <w:color w:val="990000"/>
          <w:sz w:val="17"/>
        </w:rPr>
        <w:t>recursos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porventura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recebidos</w:t>
      </w:r>
      <w:proofErr w:type="spellEnd"/>
      <w:r>
        <w:rPr>
          <w:i/>
          <w:color w:val="990000"/>
          <w:sz w:val="17"/>
        </w:rPr>
        <w:t xml:space="preserve">, </w:t>
      </w:r>
      <w:proofErr w:type="spellStart"/>
      <w:r>
        <w:rPr>
          <w:i/>
          <w:color w:val="990000"/>
          <w:sz w:val="17"/>
        </w:rPr>
        <w:t>sem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prejuízo</w:t>
      </w:r>
      <w:proofErr w:type="spellEnd"/>
      <w:r>
        <w:rPr>
          <w:i/>
          <w:color w:val="990000"/>
          <w:sz w:val="17"/>
        </w:rPr>
        <w:t xml:space="preserve"> das </w:t>
      </w:r>
      <w:proofErr w:type="spellStart"/>
      <w:r>
        <w:rPr>
          <w:i/>
          <w:color w:val="990000"/>
          <w:sz w:val="17"/>
        </w:rPr>
        <w:t>sanções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administrativas</w:t>
      </w:r>
      <w:proofErr w:type="spellEnd"/>
      <w:r>
        <w:rPr>
          <w:i/>
          <w:color w:val="990000"/>
          <w:sz w:val="17"/>
        </w:rPr>
        <w:t xml:space="preserve">, </w:t>
      </w:r>
      <w:proofErr w:type="spellStart"/>
      <w:r>
        <w:rPr>
          <w:i/>
          <w:color w:val="990000"/>
          <w:sz w:val="17"/>
        </w:rPr>
        <w:t>civis</w:t>
      </w:r>
      <w:proofErr w:type="spellEnd"/>
      <w:r>
        <w:rPr>
          <w:i/>
          <w:color w:val="990000"/>
          <w:sz w:val="17"/>
        </w:rPr>
        <w:t xml:space="preserve"> e </w:t>
      </w:r>
      <w:proofErr w:type="spellStart"/>
      <w:r>
        <w:rPr>
          <w:i/>
          <w:color w:val="990000"/>
          <w:sz w:val="17"/>
        </w:rPr>
        <w:t>criminais</w:t>
      </w:r>
      <w:proofErr w:type="spellEnd"/>
      <w:r>
        <w:rPr>
          <w:i/>
          <w:color w:val="990000"/>
          <w:sz w:val="17"/>
        </w:rPr>
        <w:t xml:space="preserve"> </w:t>
      </w:r>
      <w:proofErr w:type="spellStart"/>
      <w:r>
        <w:rPr>
          <w:i/>
          <w:color w:val="990000"/>
          <w:sz w:val="17"/>
        </w:rPr>
        <w:t>cabíveis</w:t>
      </w:r>
      <w:proofErr w:type="spellEnd"/>
      <w:r>
        <w:rPr>
          <w:i/>
          <w:color w:val="990000"/>
          <w:sz w:val="17"/>
        </w:rPr>
        <w:t xml:space="preserve"> (art. 299 do Código Penal).</w:t>
      </w:r>
    </w:p>
    <w:sectPr w:rsidR="004D6241" w:rsidSect="0003461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D5B09" w14:textId="77777777" w:rsidR="008B5CEA" w:rsidRDefault="008B5CEA">
      <w:pPr>
        <w:spacing w:after="0" w:line="240" w:lineRule="auto"/>
      </w:pPr>
      <w:r>
        <w:separator/>
      </w:r>
    </w:p>
  </w:endnote>
  <w:endnote w:type="continuationSeparator" w:id="0">
    <w:p w14:paraId="6137F69A" w14:textId="77777777" w:rsidR="008B5CEA" w:rsidRDefault="008B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420E" w14:textId="2FD08501" w:rsidR="00307BC1" w:rsidRDefault="00307BC1">
    <w:pPr>
      <w:pStyle w:val="Rodap"/>
    </w:pPr>
    <w:r>
      <w:rPr>
        <w:noProof/>
      </w:rPr>
      <w:drawing>
        <wp:inline distT="0" distB="0" distL="0" distR="0" wp14:anchorId="6D8B43F0" wp14:editId="06ABCBC1">
          <wp:extent cx="5943600" cy="8451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45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1DEC0" w14:textId="77777777" w:rsidR="008B5CEA" w:rsidRDefault="008B5CEA">
      <w:pPr>
        <w:spacing w:after="0" w:line="240" w:lineRule="auto"/>
      </w:pPr>
      <w:r>
        <w:separator/>
      </w:r>
    </w:p>
  </w:footnote>
  <w:footnote w:type="continuationSeparator" w:id="0">
    <w:p w14:paraId="6D876680" w14:textId="77777777" w:rsidR="008B5CEA" w:rsidRDefault="008B5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3C812" w14:textId="38178A01" w:rsidR="004D6241" w:rsidRPr="00076EB5" w:rsidRDefault="00307BC1" w:rsidP="00076EB5">
    <w:pPr>
      <w:pStyle w:val="Cabealho"/>
    </w:pPr>
    <w:r>
      <w:rPr>
        <w:noProof/>
      </w:rPr>
      <w:drawing>
        <wp:inline distT="0" distB="0" distL="0" distR="0" wp14:anchorId="7A162618" wp14:editId="3EC06FD7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1B75"/>
    <w:rsid w:val="0006063C"/>
    <w:rsid w:val="00076EB5"/>
    <w:rsid w:val="0015074B"/>
    <w:rsid w:val="0029639D"/>
    <w:rsid w:val="00307BC1"/>
    <w:rsid w:val="00326F90"/>
    <w:rsid w:val="004D6241"/>
    <w:rsid w:val="008B5CEA"/>
    <w:rsid w:val="00937412"/>
    <w:rsid w:val="00AA1D8D"/>
    <w:rsid w:val="00B47730"/>
    <w:rsid w:val="00B830F3"/>
    <w:rsid w:val="00CB0664"/>
    <w:rsid w:val="00EE6C8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D5AE11"/>
  <w14:defaultImageDpi w14:val="300"/>
  <w15:docId w15:val="{AB15472D-AF96-4D72-8BE2-AD258ED7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color w:val="222222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1243</Words>
  <Characters>6717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7945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Carol Chagas</cp:lastModifiedBy>
  <cp:revision>4</cp:revision>
  <dcterms:created xsi:type="dcterms:W3CDTF">2026-08-31T15:11:00Z</dcterms:created>
  <dcterms:modified xsi:type="dcterms:W3CDTF">2026-08-31T20:27:00Z</dcterms:modified>
  <cp:category/>
</cp:coreProperties>
</file>