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ED49E" w14:textId="77777777" w:rsidR="006119A2" w:rsidRPr="006119A2" w:rsidRDefault="006119A2" w:rsidP="006119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center"/>
        <w:rPr>
          <w:rFonts w:eastAsia="Calibri" w:cs="Calibri"/>
          <w:b/>
          <w:lang w:val="pt-BR" w:eastAsia="pt-BR"/>
        </w:rPr>
      </w:pPr>
      <w:r w:rsidRPr="006119A2">
        <w:rPr>
          <w:rFonts w:eastAsia="Calibri" w:cs="Calibri"/>
          <w:b/>
          <w:lang w:val="pt-BR" w:eastAsia="pt-BR"/>
        </w:rPr>
        <w:t>EDITAL PADRONIZADO</w:t>
      </w:r>
    </w:p>
    <w:p w14:paraId="0DAF87DE" w14:textId="77777777" w:rsidR="006119A2" w:rsidRPr="006119A2" w:rsidRDefault="006119A2" w:rsidP="006119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center"/>
        <w:rPr>
          <w:rFonts w:eastAsia="Calibri" w:cs="Calibri"/>
          <w:b/>
          <w:lang w:val="pt-BR" w:eastAsia="pt-BR"/>
        </w:rPr>
      </w:pPr>
      <w:r w:rsidRPr="006119A2">
        <w:rPr>
          <w:rFonts w:eastAsia="Calibri" w:cs="Calibri"/>
          <w:b/>
          <w:lang w:val="pt-BR" w:eastAsia="pt-BR"/>
        </w:rPr>
        <w:t>CHAMAMENTO PÚBLICO 11/2026 - REDE MUNICIPAL DE PONTOS E PONTÕES DE CULTURA DE SÃO SEBASTIÃO/SP</w:t>
      </w:r>
    </w:p>
    <w:p w14:paraId="21FC1AA7" w14:textId="77777777" w:rsidR="006119A2" w:rsidRPr="006119A2" w:rsidRDefault="006119A2" w:rsidP="006119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center"/>
        <w:rPr>
          <w:rFonts w:eastAsia="Calibri" w:cs="Calibri"/>
          <w:b/>
          <w:lang w:val="pt-BR" w:eastAsia="pt-BR"/>
        </w:rPr>
      </w:pPr>
    </w:p>
    <w:p w14:paraId="5F974BB0" w14:textId="77777777" w:rsidR="006119A2" w:rsidRPr="006119A2" w:rsidRDefault="006119A2" w:rsidP="006119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center"/>
        <w:rPr>
          <w:rFonts w:eastAsia="Calibri" w:cs="Calibri"/>
          <w:b/>
          <w:lang w:val="pt-BR" w:eastAsia="pt-BR"/>
        </w:rPr>
      </w:pPr>
      <w:r w:rsidRPr="006119A2">
        <w:rPr>
          <w:rFonts w:eastAsia="Calibri" w:cs="Calibri"/>
          <w:b/>
          <w:lang w:val="pt-BR" w:eastAsia="pt-BR"/>
        </w:rPr>
        <w:t>CULTURA VIVA DO TAMANHO DO BRASIL!</w:t>
      </w:r>
    </w:p>
    <w:p w14:paraId="4A3F82AB" w14:textId="77777777" w:rsidR="006119A2" w:rsidRPr="006119A2" w:rsidRDefault="006119A2" w:rsidP="006119A2">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jc w:val="center"/>
        <w:rPr>
          <w:rFonts w:eastAsia="Calibri" w:cs="Calibri"/>
          <w:b/>
          <w:lang w:val="pt-BR" w:eastAsia="pt-BR"/>
        </w:rPr>
      </w:pPr>
      <w:r w:rsidRPr="006119A2">
        <w:rPr>
          <w:rFonts w:eastAsia="Calibri" w:cs="Calibri"/>
          <w:b/>
          <w:lang w:val="pt-BR" w:eastAsia="pt-BR"/>
        </w:rPr>
        <w:t>PREMIAÇÃO DE PONTOS E PONTÕES DE CULTURA</w:t>
      </w:r>
    </w:p>
    <w:p w14:paraId="41423177" w14:textId="3052E157" w:rsidR="004D6241" w:rsidRPr="006119A2" w:rsidRDefault="00307BC1">
      <w:pPr>
        <w:spacing w:before="200" w:after="40"/>
        <w:jc w:val="center"/>
        <w:rPr>
          <w:b/>
          <w:color w:val="111111"/>
          <w:sz w:val="28"/>
          <w:u w:val="single"/>
          <w:lang w:val="pt-BR"/>
        </w:rPr>
      </w:pPr>
      <w:r w:rsidRPr="006119A2">
        <w:rPr>
          <w:b/>
          <w:color w:val="111111"/>
          <w:sz w:val="28"/>
          <w:u w:val="single"/>
          <w:lang w:val="pt-BR"/>
        </w:rPr>
        <w:t>ANEXO 1</w:t>
      </w:r>
      <w:r w:rsidR="00DD231F" w:rsidRPr="006119A2">
        <w:rPr>
          <w:b/>
          <w:color w:val="111111"/>
          <w:sz w:val="28"/>
          <w:u w:val="single"/>
          <w:lang w:val="pt-BR"/>
        </w:rPr>
        <w:t>2</w:t>
      </w:r>
      <w:r w:rsidR="006119A2" w:rsidRPr="006119A2">
        <w:rPr>
          <w:b/>
          <w:color w:val="111111"/>
          <w:sz w:val="28"/>
          <w:u w:val="single"/>
          <w:lang w:val="pt-BR"/>
        </w:rPr>
        <w:t xml:space="preserve"> - </w:t>
      </w:r>
      <w:r w:rsidR="00937412" w:rsidRPr="006119A2">
        <w:rPr>
          <w:b/>
          <w:color w:val="111111"/>
          <w:sz w:val="28"/>
          <w:u w:val="single"/>
          <w:lang w:val="pt-BR"/>
        </w:rPr>
        <w:t>DECLARAÇÃO DE NÃO IMPEDIMENTO E REGULARIDADE</w:t>
      </w:r>
    </w:p>
    <w:p w14:paraId="61E99A55" w14:textId="77777777" w:rsidR="00307BC1" w:rsidRPr="006119A2" w:rsidRDefault="00307BC1">
      <w:pPr>
        <w:spacing w:before="200" w:after="40"/>
        <w:jc w:val="center"/>
        <w:rPr>
          <w:lang w:val="pt-BR"/>
        </w:rPr>
      </w:pPr>
    </w:p>
    <w:p w14:paraId="2AFEAB1D" w14:textId="77777777" w:rsidR="004D6241" w:rsidRPr="006119A2" w:rsidRDefault="00937412">
      <w:pPr>
        <w:spacing w:after="80"/>
        <w:rPr>
          <w:lang w:val="pt-BR"/>
        </w:rPr>
      </w:pPr>
      <w:r w:rsidRPr="006119A2">
        <w:rPr>
          <w:b/>
          <w:color w:val="333333"/>
          <w:sz w:val="21"/>
          <w:lang w:val="pt-BR"/>
        </w:rPr>
        <w:t>1. IDENTIFICAÇÃO DO(A) AGENTE CULTURAL (PROPONENTE)</w:t>
      </w:r>
    </w:p>
    <w:tbl>
      <w:tblPr>
        <w:tblStyle w:val="Tabelacomgrade"/>
        <w:tblW w:w="9497" w:type="dxa"/>
        <w:jc w:val="center"/>
        <w:tblLayout w:type="fixed"/>
        <w:tblLook w:val="04A0" w:firstRow="1" w:lastRow="0" w:firstColumn="1" w:lastColumn="0" w:noHBand="0" w:noVBand="1"/>
      </w:tblPr>
      <w:tblGrid>
        <w:gridCol w:w="5061"/>
        <w:gridCol w:w="4436"/>
      </w:tblGrid>
      <w:tr w:rsidR="004D6241" w:rsidRPr="006119A2" w14:paraId="55228DC6" w14:textId="77777777" w:rsidTr="00307BC1">
        <w:trPr>
          <w:jc w:val="center"/>
        </w:trPr>
        <w:tc>
          <w:tcPr>
            <w:tcW w:w="9497" w:type="dxa"/>
            <w:gridSpan w:val="2"/>
          </w:tcPr>
          <w:p w14:paraId="06F737C1" w14:textId="77777777" w:rsidR="004D6241" w:rsidRPr="006119A2" w:rsidRDefault="00937412">
            <w:pPr>
              <w:spacing w:before="80" w:after="80" w:line="252" w:lineRule="auto"/>
              <w:rPr>
                <w:lang w:val="pt-BR"/>
              </w:rPr>
            </w:pPr>
            <w:r w:rsidRPr="006119A2">
              <w:rPr>
                <w:sz w:val="19"/>
                <w:lang w:val="pt-BR"/>
              </w:rPr>
              <w:t>Nome / Razão Social do Agente Cultural:</w:t>
            </w:r>
            <w:r w:rsidRPr="006119A2">
              <w:rPr>
                <w:sz w:val="19"/>
                <w:lang w:val="pt-BR"/>
              </w:rPr>
              <w:br/>
              <w:t>[__________________________________________________________________________________]</w:t>
            </w:r>
          </w:p>
        </w:tc>
      </w:tr>
      <w:tr w:rsidR="004D6241" w:rsidRPr="006119A2" w14:paraId="531BA5E0" w14:textId="77777777" w:rsidTr="00307BC1">
        <w:trPr>
          <w:jc w:val="center"/>
        </w:trPr>
        <w:tc>
          <w:tcPr>
            <w:tcW w:w="5061" w:type="dxa"/>
          </w:tcPr>
          <w:p w14:paraId="29A5DAA5" w14:textId="77777777" w:rsidR="004D6241" w:rsidRDefault="00937412">
            <w:pPr>
              <w:spacing w:before="80" w:after="80" w:line="252" w:lineRule="auto"/>
            </w:pPr>
            <w:r>
              <w:rPr>
                <w:sz w:val="19"/>
              </w:rPr>
              <w:t xml:space="preserve">CPF </w:t>
            </w:r>
            <w:proofErr w:type="spellStart"/>
            <w:r>
              <w:rPr>
                <w:sz w:val="19"/>
              </w:rPr>
              <w:t>ou</w:t>
            </w:r>
            <w:proofErr w:type="spellEnd"/>
            <w:r>
              <w:rPr>
                <w:sz w:val="19"/>
              </w:rPr>
              <w:t xml:space="preserve"> CNPJ:</w:t>
            </w:r>
            <w:r>
              <w:rPr>
                <w:sz w:val="19"/>
              </w:rPr>
              <w:br/>
              <w:t>[________________________]</w:t>
            </w:r>
          </w:p>
        </w:tc>
        <w:tc>
          <w:tcPr>
            <w:tcW w:w="4436" w:type="dxa"/>
          </w:tcPr>
          <w:p w14:paraId="5AC1AD21" w14:textId="77777777" w:rsidR="004D6241" w:rsidRPr="006119A2" w:rsidRDefault="00937412">
            <w:pPr>
              <w:spacing w:before="80" w:after="80" w:line="252" w:lineRule="auto"/>
              <w:rPr>
                <w:lang w:val="pt-BR"/>
              </w:rPr>
            </w:pPr>
            <w:r w:rsidRPr="006119A2">
              <w:rPr>
                <w:sz w:val="19"/>
                <w:lang w:val="pt-BR"/>
              </w:rPr>
              <w:t>ID Cadastro Municipal de Cultura (se aplicável):</w:t>
            </w:r>
            <w:r w:rsidRPr="006119A2">
              <w:rPr>
                <w:sz w:val="19"/>
                <w:lang w:val="pt-BR"/>
              </w:rPr>
              <w:br/>
              <w:t>[________________________]</w:t>
            </w:r>
          </w:p>
        </w:tc>
      </w:tr>
      <w:tr w:rsidR="004D6241" w:rsidRPr="006119A2" w14:paraId="253F45CC" w14:textId="77777777" w:rsidTr="00307BC1">
        <w:trPr>
          <w:jc w:val="center"/>
        </w:trPr>
        <w:tc>
          <w:tcPr>
            <w:tcW w:w="9497" w:type="dxa"/>
            <w:gridSpan w:val="2"/>
          </w:tcPr>
          <w:p w14:paraId="66B768E0" w14:textId="77777777" w:rsidR="004D6241" w:rsidRPr="006119A2" w:rsidRDefault="00937412">
            <w:pPr>
              <w:spacing w:before="80" w:after="80" w:line="252" w:lineRule="auto"/>
              <w:rPr>
                <w:lang w:val="pt-BR"/>
              </w:rPr>
            </w:pPr>
            <w:r w:rsidRPr="006119A2">
              <w:rPr>
                <w:sz w:val="19"/>
                <w:lang w:val="pt-BR"/>
              </w:rPr>
              <w:t>Endereço Residencial ou Sede do Espaço (Rua, nº, complemento, bairro):</w:t>
            </w:r>
            <w:r w:rsidRPr="006119A2">
              <w:rPr>
                <w:sz w:val="19"/>
                <w:lang w:val="pt-BR"/>
              </w:rPr>
              <w:br/>
              <w:t>[__________________________________________________________________________________]</w:t>
            </w:r>
          </w:p>
        </w:tc>
      </w:tr>
      <w:tr w:rsidR="004D6241" w:rsidRPr="006119A2" w14:paraId="6CAEE5F5" w14:textId="77777777" w:rsidTr="00307BC1">
        <w:trPr>
          <w:jc w:val="center"/>
        </w:trPr>
        <w:tc>
          <w:tcPr>
            <w:tcW w:w="5061" w:type="dxa"/>
          </w:tcPr>
          <w:p w14:paraId="07657695" w14:textId="77777777" w:rsidR="004D6241" w:rsidRDefault="00937412">
            <w:pPr>
              <w:spacing w:before="80" w:after="80" w:line="252" w:lineRule="auto"/>
            </w:pPr>
            <w:r>
              <w:rPr>
                <w:sz w:val="19"/>
              </w:rPr>
              <w:t>CEP:</w:t>
            </w:r>
            <w:r>
              <w:rPr>
                <w:sz w:val="19"/>
              </w:rPr>
              <w:br/>
              <w:t>[________________________]</w:t>
            </w:r>
          </w:p>
        </w:tc>
        <w:tc>
          <w:tcPr>
            <w:tcW w:w="4436" w:type="dxa"/>
          </w:tcPr>
          <w:p w14:paraId="5A82F2F1" w14:textId="77777777" w:rsidR="004D6241" w:rsidRPr="006119A2" w:rsidRDefault="00937412">
            <w:pPr>
              <w:spacing w:before="80" w:after="80" w:line="252" w:lineRule="auto"/>
              <w:rPr>
                <w:lang w:val="pt-BR"/>
              </w:rPr>
            </w:pPr>
            <w:r w:rsidRPr="006119A2">
              <w:rPr>
                <w:sz w:val="19"/>
                <w:lang w:val="pt-BR"/>
              </w:rPr>
              <w:t>Telefone de Contato (com DDD):</w:t>
            </w:r>
            <w:r w:rsidRPr="006119A2">
              <w:rPr>
                <w:sz w:val="19"/>
                <w:lang w:val="pt-BR"/>
              </w:rPr>
              <w:br/>
              <w:t>[________________________]</w:t>
            </w:r>
          </w:p>
        </w:tc>
      </w:tr>
      <w:tr w:rsidR="004D6241" w:rsidRPr="006119A2" w14:paraId="2BED93CC" w14:textId="77777777" w:rsidTr="00307BC1">
        <w:trPr>
          <w:jc w:val="center"/>
        </w:trPr>
        <w:tc>
          <w:tcPr>
            <w:tcW w:w="9497" w:type="dxa"/>
            <w:gridSpan w:val="2"/>
          </w:tcPr>
          <w:p w14:paraId="0CB8E31D" w14:textId="77777777" w:rsidR="004D6241" w:rsidRPr="006119A2" w:rsidRDefault="00937412">
            <w:pPr>
              <w:spacing w:before="80" w:after="80" w:line="252" w:lineRule="auto"/>
              <w:rPr>
                <w:lang w:val="pt-BR"/>
              </w:rPr>
            </w:pPr>
            <w:r w:rsidRPr="006119A2">
              <w:rPr>
                <w:sz w:val="19"/>
                <w:lang w:val="pt-BR"/>
              </w:rPr>
              <w:t>E-mail para Notificações e Comunicações Oficiais:</w:t>
            </w:r>
            <w:r w:rsidRPr="006119A2">
              <w:rPr>
                <w:sz w:val="19"/>
                <w:lang w:val="pt-BR"/>
              </w:rPr>
              <w:br/>
              <w:t>[__________________________________________________________________________________]</w:t>
            </w:r>
          </w:p>
        </w:tc>
      </w:tr>
      <w:tr w:rsidR="004D6241" w14:paraId="426A5014" w14:textId="77777777" w:rsidTr="00307BC1">
        <w:trPr>
          <w:jc w:val="center"/>
        </w:trPr>
        <w:tc>
          <w:tcPr>
            <w:tcW w:w="5061" w:type="dxa"/>
          </w:tcPr>
          <w:p w14:paraId="544BBECB" w14:textId="16E32EB6" w:rsidR="004D6241" w:rsidRPr="006119A2" w:rsidRDefault="00937412">
            <w:pPr>
              <w:spacing w:before="80" w:after="80" w:line="252" w:lineRule="auto"/>
              <w:rPr>
                <w:lang w:val="pt-BR"/>
              </w:rPr>
            </w:pPr>
            <w:r w:rsidRPr="006119A2">
              <w:rPr>
                <w:sz w:val="19"/>
                <w:lang w:val="pt-BR"/>
              </w:rPr>
              <w:t>Nome do(a) Representante Legal (se aplicável):</w:t>
            </w:r>
            <w:r w:rsidRPr="006119A2">
              <w:rPr>
                <w:sz w:val="19"/>
                <w:lang w:val="pt-BR"/>
              </w:rPr>
              <w:br/>
              <w:t>[_________________________________________________]</w:t>
            </w:r>
          </w:p>
        </w:tc>
        <w:tc>
          <w:tcPr>
            <w:tcW w:w="4436" w:type="dxa"/>
          </w:tcPr>
          <w:p w14:paraId="78E348BC" w14:textId="77777777" w:rsidR="004D6241" w:rsidRDefault="00937412">
            <w:pPr>
              <w:spacing w:before="80" w:after="80" w:line="252" w:lineRule="auto"/>
            </w:pPr>
            <w:r>
              <w:rPr>
                <w:sz w:val="19"/>
              </w:rPr>
              <w:t xml:space="preserve">CPF do </w:t>
            </w:r>
            <w:proofErr w:type="spellStart"/>
            <w:r>
              <w:rPr>
                <w:sz w:val="19"/>
              </w:rPr>
              <w:t>Representante</w:t>
            </w:r>
            <w:proofErr w:type="spellEnd"/>
            <w:r>
              <w:rPr>
                <w:sz w:val="19"/>
              </w:rPr>
              <w:t>:</w:t>
            </w:r>
            <w:r>
              <w:rPr>
                <w:sz w:val="19"/>
              </w:rPr>
              <w:br/>
              <w:t>[______________________]</w:t>
            </w:r>
          </w:p>
        </w:tc>
      </w:tr>
      <w:tr w:rsidR="004D6241" w:rsidRPr="006119A2" w14:paraId="1CF8FDD4" w14:textId="77777777" w:rsidTr="00307BC1">
        <w:trPr>
          <w:jc w:val="center"/>
        </w:trPr>
        <w:tc>
          <w:tcPr>
            <w:tcW w:w="9497" w:type="dxa"/>
            <w:gridSpan w:val="2"/>
            <w:shd w:val="clear" w:color="auto" w:fill="F2F2F2"/>
          </w:tcPr>
          <w:p w14:paraId="038EEBCE" w14:textId="77777777" w:rsidR="004D6241" w:rsidRPr="006119A2" w:rsidRDefault="00937412">
            <w:pPr>
              <w:spacing w:before="80" w:after="80" w:line="252" w:lineRule="auto"/>
              <w:rPr>
                <w:lang w:val="pt-BR"/>
              </w:rPr>
            </w:pPr>
            <w:r w:rsidRPr="006119A2">
              <w:rPr>
                <w:b/>
                <w:sz w:val="19"/>
                <w:lang w:val="pt-BR"/>
              </w:rPr>
              <w:t>Referência do Edital de Chamamento Público:</w:t>
            </w:r>
            <w:r w:rsidRPr="006119A2">
              <w:rPr>
                <w:b/>
                <w:sz w:val="19"/>
                <w:lang w:val="pt-BR"/>
              </w:rPr>
              <w:br/>
              <w:t xml:space="preserve">Edital FUNDASS / PNAB nº </w:t>
            </w:r>
            <w:proofErr w:type="gramStart"/>
            <w:r w:rsidRPr="006119A2">
              <w:rPr>
                <w:b/>
                <w:sz w:val="19"/>
                <w:lang w:val="pt-BR"/>
              </w:rPr>
              <w:t>[ _</w:t>
            </w:r>
            <w:proofErr w:type="gramEnd"/>
            <w:r w:rsidRPr="006119A2">
              <w:rPr>
                <w:b/>
                <w:sz w:val="19"/>
                <w:lang w:val="pt-BR"/>
              </w:rPr>
              <w:t>_____ / 2026 ]</w:t>
            </w:r>
          </w:p>
        </w:tc>
      </w:tr>
    </w:tbl>
    <w:p w14:paraId="172E6624" w14:textId="77777777" w:rsidR="004D6241" w:rsidRPr="006119A2" w:rsidRDefault="004D6241">
      <w:pPr>
        <w:spacing w:before="240" w:after="80"/>
        <w:rPr>
          <w:lang w:val="pt-BR"/>
        </w:rPr>
      </w:pPr>
    </w:p>
    <w:p w14:paraId="6A11286D" w14:textId="77777777" w:rsidR="004D6241" w:rsidRPr="006119A2" w:rsidRDefault="00937412">
      <w:pPr>
        <w:spacing w:after="160"/>
        <w:rPr>
          <w:lang w:val="pt-BR"/>
        </w:rPr>
      </w:pPr>
      <w:r w:rsidRPr="006119A2">
        <w:rPr>
          <w:b/>
          <w:color w:val="333333"/>
          <w:sz w:val="21"/>
          <w:lang w:val="pt-BR"/>
        </w:rPr>
        <w:t>2. CLÁUSULAS DE DECLARAÇÃO E COMPROMISSO</w:t>
      </w:r>
    </w:p>
    <w:p w14:paraId="2F48C407" w14:textId="77777777" w:rsidR="004D6241" w:rsidRPr="006119A2" w:rsidRDefault="00937412">
      <w:pPr>
        <w:jc w:val="both"/>
        <w:rPr>
          <w:lang w:val="pt-BR"/>
        </w:rPr>
      </w:pPr>
      <w:r w:rsidRPr="006119A2">
        <w:rPr>
          <w:lang w:val="pt-BR"/>
        </w:rPr>
        <w:t xml:space="preserve">O(A) proponente acima identificado(a), por meio de seu(sua) representante legal (quando aplicável), </w:t>
      </w:r>
      <w:r w:rsidRPr="006119A2">
        <w:rPr>
          <w:b/>
          <w:lang w:val="pt-BR"/>
        </w:rPr>
        <w:t>DECLARA</w:t>
      </w:r>
      <w:r w:rsidRPr="006119A2">
        <w:rPr>
          <w:lang w:val="pt-BR"/>
        </w:rPr>
        <w:t>, sob as penas da Lei e sob as cominações constantes no Edital referenciado, que se encontra em situação de plena regularidade jurídica, trabalhista, fiscal e administrativa, comprometendo-se sob os seguintes termos:</w:t>
      </w:r>
    </w:p>
    <w:p w14:paraId="1594FFA3" w14:textId="77777777" w:rsidR="004D6241" w:rsidRPr="006119A2" w:rsidRDefault="00937412">
      <w:pPr>
        <w:spacing w:before="160" w:after="120"/>
        <w:rPr>
          <w:lang w:val="pt-BR"/>
        </w:rPr>
      </w:pPr>
      <w:r w:rsidRPr="006119A2">
        <w:rPr>
          <w:b/>
          <w:color w:val="444444"/>
          <w:sz w:val="20"/>
          <w:lang w:val="pt-BR"/>
        </w:rPr>
        <w:t>2.1 Declarantes Gerais de Regularidade e Cumprimento Legal:</w:t>
      </w:r>
    </w:p>
    <w:p w14:paraId="101FC172" w14:textId="08710BEA" w:rsidR="004D6241" w:rsidRPr="006119A2" w:rsidRDefault="00937412">
      <w:pPr>
        <w:spacing w:after="100"/>
        <w:ind w:left="720" w:hanging="360"/>
        <w:jc w:val="both"/>
        <w:rPr>
          <w:lang w:val="pt-BR"/>
        </w:rPr>
      </w:pPr>
      <w:r w:rsidRPr="006119A2">
        <w:rPr>
          <w:b/>
          <w:lang w:val="pt-BR"/>
        </w:rPr>
        <w:t xml:space="preserve">a) </w:t>
      </w:r>
      <w:r w:rsidRPr="006119A2">
        <w:rPr>
          <w:lang w:val="pt-BR"/>
        </w:rPr>
        <w:t xml:space="preserve">Está ciente da obrigação de manter o endereço residencial/sede, endereço eletrônico (e-mail) e telefone de contato atualizados junto à </w:t>
      </w:r>
      <w:proofErr w:type="spellStart"/>
      <w:r w:rsidRPr="006119A2">
        <w:rPr>
          <w:lang w:val="pt-BR"/>
        </w:rPr>
        <w:t>F</w:t>
      </w:r>
      <w:r w:rsidR="00076EB5" w:rsidRPr="006119A2">
        <w:rPr>
          <w:lang w:val="pt-BR"/>
        </w:rPr>
        <w:t>undass</w:t>
      </w:r>
      <w:proofErr w:type="spellEnd"/>
      <w:r w:rsidRPr="006119A2">
        <w:rPr>
          <w:lang w:val="pt-BR"/>
        </w:rPr>
        <w:t xml:space="preserve"> e ao Município de São Sebastião, e de que as notificações, comunicações formais e intimações decorrentes da participação no certame ocorrerão no e-mail indicado em sua inscrição;</w:t>
      </w:r>
    </w:p>
    <w:p w14:paraId="2D4CF2DB" w14:textId="77777777" w:rsidR="004D6241" w:rsidRPr="006119A2" w:rsidRDefault="00937412">
      <w:pPr>
        <w:spacing w:after="100"/>
        <w:ind w:left="720" w:hanging="360"/>
        <w:jc w:val="both"/>
        <w:rPr>
          <w:lang w:val="pt-BR"/>
        </w:rPr>
      </w:pPr>
      <w:r w:rsidRPr="006119A2">
        <w:rPr>
          <w:b/>
          <w:lang w:val="pt-BR"/>
        </w:rPr>
        <w:lastRenderedPageBreak/>
        <w:t xml:space="preserve">b) </w:t>
      </w:r>
      <w:r w:rsidRPr="006119A2">
        <w:rPr>
          <w:lang w:val="pt-BR"/>
        </w:rPr>
        <w:t>Cumpre plenamente as exigências de reserva de cargos para pessoa com deficiência e para reabilitado da Previdência Social, previstas em lei e em outras normas correlatas (nos termos do art. 63, inciso IV, da Lei nº 14.133/2021), quando aplicável;</w:t>
      </w:r>
    </w:p>
    <w:p w14:paraId="7C0D7720" w14:textId="77777777" w:rsidR="004D6241" w:rsidRPr="006119A2" w:rsidRDefault="00937412">
      <w:pPr>
        <w:spacing w:after="100"/>
        <w:ind w:left="720" w:hanging="360"/>
        <w:jc w:val="both"/>
        <w:rPr>
          <w:lang w:val="pt-BR"/>
        </w:rPr>
      </w:pPr>
      <w:r w:rsidRPr="006119A2">
        <w:rPr>
          <w:b/>
          <w:lang w:val="pt-BR"/>
        </w:rPr>
        <w:t xml:space="preserve">c) </w:t>
      </w:r>
      <w:r w:rsidRPr="006119A2">
        <w:rPr>
          <w:lang w:val="pt-BR"/>
        </w:rPr>
        <w:t>Não emprega menor de dezoito anos em trabalho noturno, perigoso ou insalubre e não emprega menor de dezesseis anos, salvo na condição de aprendiz, a partir de quatorze anos, atendendo ao disposto no artigo 7º, inciso XXXIII, da Constituição Federal (e em consonância com o art. 68, inciso VI, da Lei nº 14.133/2021);</w:t>
      </w:r>
    </w:p>
    <w:p w14:paraId="2B9FEFFA" w14:textId="77777777" w:rsidR="004D6241" w:rsidRPr="006119A2" w:rsidRDefault="00937412">
      <w:pPr>
        <w:spacing w:after="100"/>
        <w:ind w:left="720" w:hanging="360"/>
        <w:jc w:val="both"/>
        <w:rPr>
          <w:lang w:val="pt-BR"/>
        </w:rPr>
      </w:pPr>
      <w:r w:rsidRPr="006119A2">
        <w:rPr>
          <w:b/>
          <w:lang w:val="pt-BR"/>
        </w:rPr>
        <w:t xml:space="preserve">d) </w:t>
      </w:r>
      <w:r w:rsidRPr="006119A2">
        <w:rPr>
          <w:lang w:val="pt-BR"/>
        </w:rPr>
        <w:t>Não possui empregados ou colaboradores executando trabalho degradante ou forçado, observando integralmente o disposto nos incisos III e IV do art. 1º e no inciso III do art. 5º da Constituição Federal de 1988;</w:t>
      </w:r>
    </w:p>
    <w:p w14:paraId="31C60C48" w14:textId="77777777" w:rsidR="004D6241" w:rsidRPr="006119A2" w:rsidRDefault="00937412">
      <w:pPr>
        <w:spacing w:after="100"/>
        <w:ind w:left="720" w:hanging="360"/>
        <w:jc w:val="both"/>
        <w:rPr>
          <w:lang w:val="pt-BR"/>
        </w:rPr>
      </w:pPr>
      <w:r w:rsidRPr="006119A2">
        <w:rPr>
          <w:b/>
          <w:lang w:val="pt-BR"/>
        </w:rPr>
        <w:t xml:space="preserve">e) </w:t>
      </w:r>
      <w:r w:rsidRPr="006119A2">
        <w:rPr>
          <w:lang w:val="pt-BR"/>
        </w:rPr>
        <w:t>No caso de proponentes pessoas jurídicas em recuperação judicial: está ciente de que, por ocasião da assinatura do Termo de Execução Cultural, deverá apresentar cópia do ato de nomeação do administrador judicial (ou nome do profissional responsável pela condução, caso o administrador seja pessoa jurídica) acompanhado de documento idôneo do juízo ou do próprio administrador atestando que o plano de recuperação judicial está sendo devidamente cumprido;</w:t>
      </w:r>
    </w:p>
    <w:p w14:paraId="15D2046B" w14:textId="77777777" w:rsidR="004D6241" w:rsidRPr="006119A2" w:rsidRDefault="00937412">
      <w:pPr>
        <w:spacing w:after="100"/>
        <w:ind w:left="720" w:hanging="360"/>
        <w:jc w:val="both"/>
        <w:rPr>
          <w:lang w:val="pt-BR"/>
        </w:rPr>
      </w:pPr>
      <w:r w:rsidRPr="006119A2">
        <w:rPr>
          <w:b/>
          <w:lang w:val="pt-BR"/>
        </w:rPr>
        <w:t xml:space="preserve">f) </w:t>
      </w:r>
      <w:r w:rsidRPr="006119A2">
        <w:rPr>
          <w:lang w:val="pt-BR"/>
        </w:rPr>
        <w:t>No caso de microempresas (ME) ou empresas de pequeno porte (EPP): declara que a empresa não possui qualquer dos impedimentos previstos no § 4º e seguintes do artigo 3º da Lei Complementar nº 123/2006, bem como nos §§ 1º a 4º do artigo 4º da Lei nº 14.133/2021, cujos termos declara conhecer na íntegra;</w:t>
      </w:r>
    </w:p>
    <w:p w14:paraId="350043AE" w14:textId="77777777" w:rsidR="004D6241" w:rsidRPr="006119A2" w:rsidRDefault="00937412">
      <w:pPr>
        <w:spacing w:after="100"/>
        <w:ind w:left="720" w:hanging="360"/>
        <w:jc w:val="both"/>
        <w:rPr>
          <w:lang w:val="pt-BR"/>
        </w:rPr>
      </w:pPr>
      <w:r w:rsidRPr="006119A2">
        <w:rPr>
          <w:b/>
          <w:lang w:val="pt-BR"/>
        </w:rPr>
        <w:t xml:space="preserve">g) </w:t>
      </w:r>
      <w:r w:rsidRPr="006119A2">
        <w:rPr>
          <w:lang w:val="pt-BR"/>
        </w:rPr>
        <w:t>Não incorre em nenhuma das restrições e vedações de participação previstas no art. 14 da Lei nº 14.133/2021;</w:t>
      </w:r>
    </w:p>
    <w:p w14:paraId="663136A3" w14:textId="77777777" w:rsidR="004D6241" w:rsidRPr="006119A2" w:rsidRDefault="00937412">
      <w:pPr>
        <w:spacing w:after="100"/>
        <w:ind w:left="720" w:hanging="360"/>
        <w:jc w:val="both"/>
        <w:rPr>
          <w:lang w:val="pt-BR"/>
        </w:rPr>
      </w:pPr>
      <w:r w:rsidRPr="006119A2">
        <w:rPr>
          <w:b/>
          <w:lang w:val="pt-BR"/>
        </w:rPr>
        <w:t xml:space="preserve">h) </w:t>
      </w:r>
      <w:r w:rsidRPr="006119A2">
        <w:rPr>
          <w:lang w:val="pt-BR"/>
        </w:rPr>
        <w:t>Está ciente e concorda com a observância das disposições da Lei Federal nº 13.709, de 14 de agosto de 2018 (Lei Geral de Proteção de Dados - LGPD), em relação ao tratamento de dados pessoais e dados sensíveis coletados, sendo vedada a divulgação, revelação, reprodução ou compartilhamento destes dados com terceiros alheios à execução do objeto do certame, salvo em cumprimento de obrigação legal ou ordem judicial;</w:t>
      </w:r>
    </w:p>
    <w:p w14:paraId="0909EF8C" w14:textId="77777777" w:rsidR="004D6241" w:rsidRPr="006119A2" w:rsidRDefault="00937412">
      <w:pPr>
        <w:spacing w:after="100"/>
        <w:ind w:left="720" w:hanging="360"/>
        <w:jc w:val="both"/>
        <w:rPr>
          <w:lang w:val="pt-BR"/>
        </w:rPr>
      </w:pPr>
      <w:r w:rsidRPr="006119A2">
        <w:rPr>
          <w:b/>
          <w:lang w:val="pt-BR"/>
        </w:rPr>
        <w:t xml:space="preserve">i) </w:t>
      </w:r>
      <w:r w:rsidRPr="006119A2">
        <w:rPr>
          <w:lang w:val="pt-BR"/>
        </w:rPr>
        <w:t>Não incorre nas vedações impostas pelo art. 206, inciso X, da Lei Municipal Complementar nº 146/2011, com a redação dada pela Lei Municipal Complementar nº 305/2024, que proíbe servidores públicos de São Sebastião de atuar na gerência ou administração de empresa privada e, nesta condição, celebrar contratos ou parcerias com a Administração Pública Direta e com as Fundações Públicas do Município.</w:t>
      </w:r>
    </w:p>
    <w:p w14:paraId="5D3789A7" w14:textId="77777777" w:rsidR="004D6241" w:rsidRPr="006119A2" w:rsidRDefault="00937412">
      <w:pPr>
        <w:spacing w:before="160" w:after="120"/>
        <w:rPr>
          <w:lang w:val="pt-BR"/>
        </w:rPr>
      </w:pPr>
      <w:r w:rsidRPr="006119A2">
        <w:rPr>
          <w:b/>
          <w:color w:val="444444"/>
          <w:sz w:val="20"/>
          <w:lang w:val="pt-BR"/>
        </w:rPr>
        <w:t>2.2 Declarantes Específicas para Editais Culturais de Fomento e Premiação (PNAB - FUNDASS):</w:t>
      </w:r>
    </w:p>
    <w:p w14:paraId="36A8A38F" w14:textId="77777777" w:rsidR="004D6241" w:rsidRPr="006119A2" w:rsidRDefault="00937412">
      <w:pPr>
        <w:spacing w:after="100"/>
        <w:ind w:left="720" w:hanging="360"/>
        <w:jc w:val="both"/>
        <w:rPr>
          <w:lang w:val="pt-BR"/>
        </w:rPr>
      </w:pPr>
      <w:r w:rsidRPr="006119A2">
        <w:rPr>
          <w:b/>
          <w:lang w:val="pt-BR"/>
        </w:rPr>
        <w:t xml:space="preserve">j) </w:t>
      </w:r>
      <w:r w:rsidRPr="006119A2">
        <w:rPr>
          <w:lang w:val="pt-BR"/>
        </w:rPr>
        <w:t>Não é membro e, tratando-se de pessoa jurídica, grupo ou coletivo cultural, não possui entre seus sócios, diretores, administradores ou integrantes do projeto, pessoas que ocupem cargos de Chefia do Poder Executivo (Governador, Prefeito), Secretários de Estado ou de Município, membros do Poder Legislativo (Senadores, Deputados e Vereadores), do Poder Judiciário (Juízes, Desembargadores e Ministros), do Tribunal de Contas (Auditores e Conselheiros) ou do Ministério Público (Promotores e Procuradores);</w:t>
      </w:r>
    </w:p>
    <w:p w14:paraId="7E978142" w14:textId="77777777" w:rsidR="004D6241" w:rsidRPr="006119A2" w:rsidRDefault="00937412">
      <w:pPr>
        <w:spacing w:after="100"/>
        <w:ind w:left="720" w:hanging="360"/>
        <w:jc w:val="both"/>
        <w:rPr>
          <w:lang w:val="pt-BR"/>
        </w:rPr>
      </w:pPr>
      <w:r w:rsidRPr="006119A2">
        <w:rPr>
          <w:b/>
          <w:lang w:val="pt-BR"/>
        </w:rPr>
        <w:lastRenderedPageBreak/>
        <w:t xml:space="preserve">k) </w:t>
      </w:r>
      <w:r w:rsidRPr="006119A2">
        <w:rPr>
          <w:lang w:val="pt-BR"/>
        </w:rPr>
        <w:t>Não possui envolvimento direto na etapa de elaboração técnica do Edital, na etapa de análise e julgamento de propostas/candidaturas, ou na etapa de decisão sobre recursos decorrentes deste processo de seleção (reconhecendo que a mera participação em audiências ou consultas públicas não configura impedimento por não caracterizar elaboração direta);</w:t>
      </w:r>
    </w:p>
    <w:p w14:paraId="1546B8CA" w14:textId="77777777" w:rsidR="004D6241" w:rsidRPr="006119A2" w:rsidRDefault="00937412">
      <w:pPr>
        <w:spacing w:after="100"/>
        <w:ind w:left="720" w:hanging="360"/>
        <w:jc w:val="both"/>
        <w:rPr>
          <w:lang w:val="pt-BR"/>
        </w:rPr>
      </w:pPr>
      <w:r w:rsidRPr="006119A2">
        <w:rPr>
          <w:b/>
          <w:lang w:val="pt-BR"/>
        </w:rPr>
        <w:t xml:space="preserve">l) </w:t>
      </w:r>
      <w:r w:rsidRPr="006119A2">
        <w:rPr>
          <w:lang w:val="pt-BR"/>
        </w:rPr>
        <w:t>Não é cônjuge, companheiro(a) ou parente em linha reta, colateral ou por afinidade, até o terceiro grau (o que inclui pai, mãe, filho/filha, avô/avó, neto/neta, bisavô/bisavó, bisneto/bisneta, irmão/irmã, tio/tia, sobrinho/sobrinha, sogro/sogra, genro/nora, enteado/enteada, cunhado/cunhada) de servidor público do órgão realizador (FUNDASS) que tenha atuado ou que venha a atuar nas etapas de elaboração, seleção de propostas ou julgamento de recursos deste edital;</w:t>
      </w:r>
    </w:p>
    <w:p w14:paraId="552BE1F1" w14:textId="77777777" w:rsidR="004D6241" w:rsidRPr="006119A2" w:rsidRDefault="00937412">
      <w:pPr>
        <w:spacing w:after="100"/>
        <w:ind w:left="720" w:hanging="360"/>
        <w:jc w:val="both"/>
        <w:rPr>
          <w:lang w:val="pt-BR"/>
        </w:rPr>
      </w:pPr>
      <w:r w:rsidRPr="006119A2">
        <w:rPr>
          <w:b/>
          <w:lang w:val="pt-BR"/>
        </w:rPr>
        <w:t xml:space="preserve">m) </w:t>
      </w:r>
      <w:r w:rsidRPr="006119A2">
        <w:rPr>
          <w:lang w:val="pt-BR"/>
        </w:rPr>
        <w:t>Não é membro titular ou suplente e, se for o caso de coletivos ou empresas, não possui integrantes que façam parte da Comissão de Seleção ou da Comissão Municipal de Incentivo à Cultura (CMIC - PNAB Ciclo 2), ciente de que qualquer situação de impedimento deve ser declarada imediatamente sob pena de nulidade dos atos praticados;</w:t>
      </w:r>
    </w:p>
    <w:p w14:paraId="0F87BC1C" w14:textId="77777777" w:rsidR="004D6241" w:rsidRPr="006119A2" w:rsidRDefault="00937412">
      <w:pPr>
        <w:spacing w:after="100"/>
        <w:ind w:left="720" w:hanging="360"/>
        <w:jc w:val="both"/>
        <w:rPr>
          <w:lang w:val="pt-BR"/>
        </w:rPr>
      </w:pPr>
      <w:r w:rsidRPr="006119A2">
        <w:rPr>
          <w:b/>
          <w:lang w:val="pt-BR"/>
        </w:rPr>
        <w:t xml:space="preserve">n) </w:t>
      </w:r>
      <w:r w:rsidRPr="006119A2">
        <w:rPr>
          <w:lang w:val="pt-BR"/>
        </w:rPr>
        <w:t xml:space="preserve">No caso de inscrição em Editais de Subsídio a Espaços, Ambientes e Iniciativas Artístico-Culturais: declara-se ciente de que o benefício </w:t>
      </w:r>
      <w:proofErr w:type="gramStart"/>
      <w:r w:rsidRPr="006119A2">
        <w:rPr>
          <w:lang w:val="pt-BR"/>
        </w:rPr>
        <w:t>destina-se</w:t>
      </w:r>
      <w:proofErr w:type="gramEnd"/>
      <w:r w:rsidRPr="006119A2">
        <w:rPr>
          <w:lang w:val="pt-BR"/>
        </w:rPr>
        <w:t xml:space="preserve"> exclusivamente à manutenção da gestão responsável pelo espaço, sendo expressamente proibido o recebimento cumulativo de subsídios, ainda que o proponente gerencie mais de um espaço, e de que é vedada a duplicidade ou sobreposição de fontes públicas de fomento para o custeio de um mesmo item de despesa;</w:t>
      </w:r>
    </w:p>
    <w:p w14:paraId="654844AD" w14:textId="77777777" w:rsidR="004D6241" w:rsidRPr="006119A2" w:rsidRDefault="00937412">
      <w:pPr>
        <w:spacing w:after="100"/>
        <w:ind w:left="720" w:hanging="360"/>
        <w:jc w:val="both"/>
        <w:rPr>
          <w:lang w:val="pt-BR"/>
        </w:rPr>
      </w:pPr>
      <w:r w:rsidRPr="006119A2">
        <w:rPr>
          <w:b/>
          <w:lang w:val="pt-BR"/>
        </w:rPr>
        <w:t xml:space="preserve">o) </w:t>
      </w:r>
      <w:r w:rsidRPr="006119A2">
        <w:rPr>
          <w:lang w:val="pt-BR"/>
        </w:rPr>
        <w:t>Declara sob as penas da lei que não possui pendências fiscais, administrativas ou débitos não regularizados com a União e com o Município de São Sebastião/FUNDASS que caracterizem impedimento legal para a celebração de instrumentos de repasse de recursos públicos, estando ciente de que a constatação de débito ativo inviabilizará o pagamento dos recursos;</w:t>
      </w:r>
    </w:p>
    <w:p w14:paraId="207F9E21" w14:textId="77777777" w:rsidR="004D6241" w:rsidRPr="006119A2" w:rsidRDefault="00937412">
      <w:pPr>
        <w:spacing w:after="100"/>
        <w:ind w:left="720" w:hanging="360"/>
        <w:jc w:val="both"/>
        <w:rPr>
          <w:lang w:val="pt-BR"/>
        </w:rPr>
      </w:pPr>
      <w:r w:rsidRPr="006119A2">
        <w:rPr>
          <w:b/>
          <w:lang w:val="pt-BR"/>
        </w:rPr>
        <w:t xml:space="preserve">p) </w:t>
      </w:r>
      <w:r w:rsidRPr="006119A2">
        <w:rPr>
          <w:lang w:val="pt-BR"/>
        </w:rPr>
        <w:t>Encontra-se em situação de plena regularidade quanto à prestação de contas de editais, convênios ou parcerias de fomento cultural anteriores promovidos pela FUNDASS, pelo Fundo Municipal de Cultura de São Sebastião (FMC) ou por entes federais, não apresentando qualquer inadimplência ativa junto à administração pública.</w:t>
      </w:r>
    </w:p>
    <w:p w14:paraId="5AE22670" w14:textId="77777777" w:rsidR="004D6241" w:rsidRPr="006119A2" w:rsidRDefault="00937412">
      <w:pPr>
        <w:spacing w:before="280" w:after="400"/>
        <w:jc w:val="both"/>
        <w:rPr>
          <w:lang w:val="pt-BR"/>
        </w:rPr>
      </w:pPr>
      <w:r w:rsidRPr="006119A2">
        <w:rPr>
          <w:lang w:val="pt-BR"/>
        </w:rPr>
        <w:t>Por ser a expressão fiel da verdade e sob inteira responsabilidade civil e criminal pelas informações prestadas, firma-se esta declaração para que produza todos os seus efeitos legais de direito.</w:t>
      </w:r>
    </w:p>
    <w:p w14:paraId="30E97759" w14:textId="77777777" w:rsidR="004D6241" w:rsidRPr="006119A2" w:rsidRDefault="00937412" w:rsidP="00051B75">
      <w:pPr>
        <w:spacing w:after="720"/>
        <w:jc w:val="center"/>
        <w:rPr>
          <w:lang w:val="pt-BR"/>
        </w:rPr>
      </w:pPr>
      <w:r w:rsidRPr="006119A2">
        <w:rPr>
          <w:lang w:val="pt-BR"/>
        </w:rPr>
        <w:t xml:space="preserve">São Sebastião / SP, ______ de __________________________ </w:t>
      </w:r>
      <w:proofErr w:type="spellStart"/>
      <w:r w:rsidRPr="006119A2">
        <w:rPr>
          <w:lang w:val="pt-BR"/>
        </w:rPr>
        <w:t>de</w:t>
      </w:r>
      <w:proofErr w:type="spellEnd"/>
      <w:r w:rsidRPr="006119A2">
        <w:rPr>
          <w:lang w:val="pt-BR"/>
        </w:rPr>
        <w:t xml:space="preserve"> 2026.</w:t>
      </w:r>
    </w:p>
    <w:p w14:paraId="079450F3" w14:textId="77777777" w:rsidR="004D6241" w:rsidRPr="006119A2" w:rsidRDefault="00937412" w:rsidP="00051B75">
      <w:pPr>
        <w:spacing w:after="80"/>
        <w:jc w:val="center"/>
        <w:rPr>
          <w:lang w:val="pt-BR"/>
        </w:rPr>
      </w:pPr>
      <w:r w:rsidRPr="006119A2">
        <w:rPr>
          <w:b/>
          <w:lang w:val="pt-BR"/>
        </w:rPr>
        <w:t>____________________________________________________________________</w:t>
      </w:r>
      <w:r w:rsidRPr="006119A2">
        <w:rPr>
          <w:b/>
          <w:lang w:val="pt-BR"/>
        </w:rPr>
        <w:br/>
      </w:r>
    </w:p>
    <w:p w14:paraId="5FF235EB" w14:textId="6B574899" w:rsidR="004D6241" w:rsidRPr="006119A2" w:rsidRDefault="00937412" w:rsidP="00051B75">
      <w:pPr>
        <w:spacing w:after="400"/>
        <w:jc w:val="center"/>
        <w:rPr>
          <w:lang w:val="pt-BR"/>
        </w:rPr>
      </w:pPr>
      <w:r w:rsidRPr="006119A2">
        <w:rPr>
          <w:b/>
          <w:sz w:val="20"/>
          <w:lang w:val="pt-BR"/>
        </w:rPr>
        <w:t xml:space="preserve">Assinatura do(a) Agente </w:t>
      </w:r>
      <w:r w:rsidR="00B830F3" w:rsidRPr="006119A2">
        <w:rPr>
          <w:b/>
          <w:sz w:val="20"/>
          <w:lang w:val="pt-BR"/>
        </w:rPr>
        <w:t>Proponente</w:t>
      </w:r>
      <w:r w:rsidRPr="006119A2">
        <w:rPr>
          <w:b/>
          <w:sz w:val="20"/>
          <w:lang w:val="pt-BR"/>
        </w:rPr>
        <w:t xml:space="preserve"> </w:t>
      </w:r>
      <w:r w:rsidR="00B830F3" w:rsidRPr="006119A2">
        <w:rPr>
          <w:b/>
          <w:sz w:val="20"/>
          <w:lang w:val="pt-BR"/>
        </w:rPr>
        <w:t>e</w:t>
      </w:r>
      <w:r w:rsidRPr="006119A2">
        <w:rPr>
          <w:b/>
          <w:sz w:val="20"/>
          <w:lang w:val="pt-BR"/>
        </w:rPr>
        <w:t xml:space="preserve"> Representante Legal</w:t>
      </w:r>
      <w:r w:rsidR="00B830F3" w:rsidRPr="006119A2">
        <w:rPr>
          <w:b/>
          <w:sz w:val="20"/>
          <w:lang w:val="pt-BR"/>
        </w:rPr>
        <w:t xml:space="preserve"> (quando for o caso)</w:t>
      </w:r>
      <w:r w:rsidRPr="006119A2">
        <w:rPr>
          <w:b/>
          <w:sz w:val="20"/>
          <w:lang w:val="pt-BR"/>
        </w:rPr>
        <w:br/>
      </w:r>
      <w:r w:rsidRPr="006119A2">
        <w:rPr>
          <w:color w:val="555555"/>
          <w:sz w:val="19"/>
          <w:lang w:val="pt-BR"/>
        </w:rPr>
        <w:t>Nome Completo: ___________________________________________________</w:t>
      </w:r>
      <w:r w:rsidRPr="006119A2">
        <w:rPr>
          <w:color w:val="555555"/>
          <w:sz w:val="19"/>
          <w:lang w:val="pt-BR"/>
        </w:rPr>
        <w:br/>
        <w:t>CPF do Signatário: _________________________________________________</w:t>
      </w:r>
    </w:p>
    <w:p w14:paraId="6A0B68B0" w14:textId="77777777" w:rsidR="004D6241" w:rsidRPr="006119A2" w:rsidRDefault="00937412">
      <w:pPr>
        <w:spacing w:before="200"/>
        <w:jc w:val="both"/>
        <w:rPr>
          <w:lang w:val="pt-BR"/>
        </w:rPr>
      </w:pPr>
      <w:r w:rsidRPr="006119A2">
        <w:rPr>
          <w:i/>
          <w:color w:val="990000"/>
          <w:sz w:val="17"/>
          <w:lang w:val="pt-BR"/>
        </w:rPr>
        <w:lastRenderedPageBreak/>
        <w:t>ATENÇÃO: A falsidade de informações prestadas nesta declaração constitui infração grave, sujeitando o proponente à desclassificação imediata do Edital, à obrigação de devolução integral dos recursos porventura recebidos, sem prejuízo das sanções administrativas, civis e criminais cabíveis (art. 299 do Código Penal).</w:t>
      </w:r>
    </w:p>
    <w:sectPr w:rsidR="004D6241" w:rsidRPr="006119A2"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3DA15" w14:textId="77777777" w:rsidR="00B77116" w:rsidRDefault="00B77116">
      <w:pPr>
        <w:spacing w:after="0" w:line="240" w:lineRule="auto"/>
      </w:pPr>
      <w:r>
        <w:separator/>
      </w:r>
    </w:p>
  </w:endnote>
  <w:endnote w:type="continuationSeparator" w:id="0">
    <w:p w14:paraId="5904922D" w14:textId="77777777" w:rsidR="00B77116" w:rsidRDefault="00B77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B420E" w14:textId="29716FDF" w:rsidR="00307BC1" w:rsidRDefault="00480DBA">
    <w:pPr>
      <w:pStyle w:val="Rodap"/>
    </w:pPr>
    <w:r w:rsidRPr="00480DBA">
      <w:rPr>
        <w:noProof/>
      </w:rPr>
      <w:drawing>
        <wp:anchor distT="0" distB="0" distL="114300" distR="114300" simplePos="0" relativeHeight="251660288" behindDoc="1" locked="0" layoutInCell="1" allowOverlap="1" wp14:anchorId="6215C3BA" wp14:editId="56838846">
          <wp:simplePos x="0" y="0"/>
          <wp:positionH relativeFrom="margin">
            <wp:posOffset>1456055</wp:posOffset>
          </wp:positionH>
          <wp:positionV relativeFrom="paragraph">
            <wp:posOffset>-88900</wp:posOffset>
          </wp:positionV>
          <wp:extent cx="4419600" cy="62738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9600" cy="627380"/>
                  </a:xfrm>
                  <a:prstGeom prst="rect">
                    <a:avLst/>
                  </a:prstGeom>
                  <a:noFill/>
                  <a:ln>
                    <a:noFill/>
                  </a:ln>
                </pic:spPr>
              </pic:pic>
            </a:graphicData>
          </a:graphic>
        </wp:anchor>
      </w:drawing>
    </w:r>
    <w:r w:rsidRPr="00480DBA">
      <w:rPr>
        <w:noProof/>
      </w:rPr>
      <w:drawing>
        <wp:anchor distT="0" distB="0" distL="114300" distR="114300" simplePos="0" relativeHeight="251659264" behindDoc="0" locked="0" layoutInCell="1" hidden="0" allowOverlap="1" wp14:anchorId="173226C7" wp14:editId="570B7BDA">
          <wp:simplePos x="0" y="0"/>
          <wp:positionH relativeFrom="column">
            <wp:posOffset>0</wp:posOffset>
          </wp:positionH>
          <wp:positionV relativeFrom="paragraph">
            <wp:posOffset>-103909</wp:posOffset>
          </wp:positionV>
          <wp:extent cx="1295400" cy="726440"/>
          <wp:effectExtent l="0" t="0" r="0" b="0"/>
          <wp:wrapNone/>
          <wp:docPr id="9" name="image4.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4.png" descr="Logotipo&#10;&#10;O conteúdo gerado por IA pode estar incorreto."/>
                  <pic:cNvPicPr preferRelativeResize="0"/>
                </pic:nvPicPr>
                <pic:blipFill>
                  <a:blip r:embed="rId2"/>
                  <a:srcRect/>
                  <a:stretch>
                    <a:fillRect/>
                  </a:stretch>
                </pic:blipFill>
                <pic:spPr>
                  <a:xfrm>
                    <a:off x="0" y="0"/>
                    <a:ext cx="1295400" cy="726440"/>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20015" w14:textId="77777777" w:rsidR="00B77116" w:rsidRDefault="00B77116">
      <w:pPr>
        <w:spacing w:after="0" w:line="240" w:lineRule="auto"/>
      </w:pPr>
      <w:r>
        <w:separator/>
      </w:r>
    </w:p>
  </w:footnote>
  <w:footnote w:type="continuationSeparator" w:id="0">
    <w:p w14:paraId="652F585B" w14:textId="77777777" w:rsidR="00B77116" w:rsidRDefault="00B77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3C812" w14:textId="38178A01" w:rsidR="004D6241" w:rsidRPr="00076EB5" w:rsidRDefault="00307BC1" w:rsidP="00076EB5">
    <w:pPr>
      <w:pStyle w:val="Cabealho"/>
    </w:pPr>
    <w:r>
      <w:rPr>
        <w:noProof/>
      </w:rPr>
      <w:drawing>
        <wp:anchor distT="0" distB="0" distL="114300" distR="114300" simplePos="0" relativeHeight="251661312" behindDoc="1" locked="0" layoutInCell="1" allowOverlap="1" wp14:anchorId="7A162618" wp14:editId="0DD9EAE9">
          <wp:simplePos x="0" y="0"/>
          <wp:positionH relativeFrom="column">
            <wp:posOffset>159328</wp:posOffset>
          </wp:positionH>
          <wp:positionV relativeFrom="paragraph">
            <wp:posOffset>-450273</wp:posOffset>
          </wp:positionV>
          <wp:extent cx="5491382" cy="1029104"/>
          <wp:effectExtent l="0" t="0" r="0" b="0"/>
          <wp:wrapNone/>
          <wp:docPr id="8431706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7068" name="Imagem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491382" cy="10291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B75"/>
    <w:rsid w:val="0006063C"/>
    <w:rsid w:val="00076EB5"/>
    <w:rsid w:val="000B15A1"/>
    <w:rsid w:val="0015074B"/>
    <w:rsid w:val="0029639D"/>
    <w:rsid w:val="00307BC1"/>
    <w:rsid w:val="00326F90"/>
    <w:rsid w:val="00480DBA"/>
    <w:rsid w:val="004D6241"/>
    <w:rsid w:val="006119A2"/>
    <w:rsid w:val="006B0E5E"/>
    <w:rsid w:val="008B5CEA"/>
    <w:rsid w:val="00937412"/>
    <w:rsid w:val="00AA1D8D"/>
    <w:rsid w:val="00B47730"/>
    <w:rsid w:val="00B77116"/>
    <w:rsid w:val="00B830F3"/>
    <w:rsid w:val="00CB0664"/>
    <w:rsid w:val="00DD231F"/>
    <w:rsid w:val="00EE6C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D5AE11"/>
  <w14:defaultImageDpi w14:val="300"/>
  <w15:docId w15:val="{AB15472D-AF96-4D72-8BE2-AD258ED7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1273</Words>
  <Characters>6880</Characters>
  <Application>Microsoft Office Word</Application>
  <DocSecurity>0</DocSecurity>
  <Lines>57</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Usuario</cp:lastModifiedBy>
  <cp:revision>7</cp:revision>
  <dcterms:created xsi:type="dcterms:W3CDTF">2026-08-31T15:11:00Z</dcterms:created>
  <dcterms:modified xsi:type="dcterms:W3CDTF">2026-09-14T17:01:00Z</dcterms:modified>
  <cp:category/>
</cp:coreProperties>
</file>